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79" w:type="dxa"/>
        <w:tblLayout w:type="fixed"/>
        <w:tblLook w:val="04A0" w:firstRow="1" w:lastRow="0" w:firstColumn="1" w:lastColumn="0" w:noHBand="0" w:noVBand="1"/>
      </w:tblPr>
      <w:tblGrid>
        <w:gridCol w:w="7201"/>
        <w:gridCol w:w="2778"/>
      </w:tblGrid>
      <w:tr w:rsidR="00D91843" w:rsidRPr="000C6758" w14:paraId="76AB57A3" w14:textId="77777777">
        <w:trPr>
          <w:trHeight w:val="471"/>
        </w:trPr>
        <w:tc>
          <w:tcPr>
            <w:tcW w:w="7200" w:type="dxa"/>
            <w:tcBorders>
              <w:top w:val="single" w:sz="7" w:space="0" w:color="777777"/>
              <w:left w:val="single" w:sz="7" w:space="0" w:color="777777"/>
              <w:bottom w:val="single" w:sz="7" w:space="0" w:color="777777"/>
              <w:right w:val="single" w:sz="7" w:space="0" w:color="777777"/>
            </w:tcBorders>
            <w:tcMar>
              <w:top w:w="55" w:type="dxa"/>
              <w:left w:w="100" w:type="dxa"/>
              <w:bottom w:w="45" w:type="dxa"/>
              <w:right w:w="100" w:type="dxa"/>
            </w:tcMar>
          </w:tcPr>
          <w:p w14:paraId="70BF1DAC" w14:textId="77777777" w:rsidR="00D91843" w:rsidRPr="000C6758" w:rsidRDefault="00913365">
            <w:pPr>
              <w:spacing w:after="0" w:line="240" w:lineRule="auto"/>
              <w:rPr>
                <w:sz w:val="22"/>
              </w:rPr>
            </w:pPr>
            <w:r w:rsidRPr="000C6758">
              <w:rPr>
                <w:b/>
                <w:color w:val="505050"/>
                <w:sz w:val="22"/>
              </w:rPr>
              <w:t>ФИЗИЧКО ЛИЦЕ - ИМЕ, ИМЕ РОДИТЕЉА И ПРЕЗИМЕ:</w:t>
            </w:r>
          </w:p>
        </w:tc>
        <w:tc>
          <w:tcPr>
            <w:tcW w:w="2778" w:type="dxa"/>
            <w:vMerge w:val="restart"/>
            <w:tcBorders>
              <w:top w:val="single" w:sz="7" w:space="0" w:color="777777"/>
              <w:left w:val="single" w:sz="7" w:space="0" w:color="777777"/>
              <w:bottom w:val="single" w:sz="7" w:space="0" w:color="777777"/>
              <w:right w:val="single" w:sz="7" w:space="0" w:color="777777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E2322A" w14:textId="77777777" w:rsidR="00D91843" w:rsidRPr="000C6758" w:rsidRDefault="00913365">
            <w:pPr>
              <w:spacing w:after="0" w:line="240" w:lineRule="auto"/>
              <w:jc w:val="center"/>
              <w:rPr>
                <w:sz w:val="22"/>
              </w:rPr>
            </w:pPr>
            <w:r w:rsidRPr="000C6758">
              <w:rPr>
                <w:b/>
                <w:color w:val="505050"/>
                <w:sz w:val="22"/>
              </w:rPr>
              <w:t>ПРИЈЕМНИ ШТАМБИЉ</w:t>
            </w:r>
          </w:p>
        </w:tc>
      </w:tr>
      <w:tr w:rsidR="00D91843" w:rsidRPr="000C6758" w14:paraId="41314FF7" w14:textId="77777777">
        <w:trPr>
          <w:trHeight w:val="471"/>
        </w:trPr>
        <w:tc>
          <w:tcPr>
            <w:tcW w:w="7200" w:type="dxa"/>
            <w:tcBorders>
              <w:top w:val="single" w:sz="7" w:space="0" w:color="777777"/>
              <w:left w:val="single" w:sz="7" w:space="0" w:color="777777"/>
              <w:bottom w:val="single" w:sz="7" w:space="0" w:color="777777"/>
              <w:right w:val="single" w:sz="7" w:space="0" w:color="777777"/>
            </w:tcBorders>
            <w:tcMar>
              <w:top w:w="55" w:type="dxa"/>
              <w:left w:w="100" w:type="dxa"/>
              <w:bottom w:w="45" w:type="dxa"/>
              <w:right w:w="100" w:type="dxa"/>
            </w:tcMar>
          </w:tcPr>
          <w:p w14:paraId="264DF516" w14:textId="77777777" w:rsidR="00D91843" w:rsidRPr="000C6758" w:rsidRDefault="00913365">
            <w:pPr>
              <w:spacing w:after="0" w:line="240" w:lineRule="auto"/>
              <w:rPr>
                <w:sz w:val="22"/>
              </w:rPr>
            </w:pPr>
            <w:r w:rsidRPr="000C6758">
              <w:rPr>
                <w:b/>
                <w:color w:val="505050"/>
                <w:sz w:val="22"/>
              </w:rPr>
              <w:t>ПРАВНО ЛИЦЕ/ПРЕДУЗЕТНИК - НАЗИВ:</w:t>
            </w:r>
          </w:p>
        </w:tc>
        <w:tc>
          <w:tcPr>
            <w:tcW w:w="2778" w:type="dxa"/>
            <w:vMerge/>
            <w:tcBorders>
              <w:top w:val="single" w:sz="7" w:space="0" w:color="777777"/>
              <w:left w:val="single" w:sz="7" w:space="0" w:color="777777"/>
              <w:bottom w:val="single" w:sz="7" w:space="0" w:color="777777"/>
              <w:right w:val="single" w:sz="7" w:space="0" w:color="777777"/>
            </w:tcBorders>
          </w:tcPr>
          <w:p w14:paraId="17C023FD" w14:textId="77777777" w:rsidR="00D91843" w:rsidRPr="000C6758" w:rsidRDefault="00D91843">
            <w:pPr>
              <w:rPr>
                <w:sz w:val="22"/>
              </w:rPr>
            </w:pPr>
          </w:p>
        </w:tc>
      </w:tr>
      <w:tr w:rsidR="00D91843" w:rsidRPr="000C6758" w14:paraId="1513BD93" w14:textId="77777777">
        <w:trPr>
          <w:trHeight w:val="471"/>
        </w:trPr>
        <w:tc>
          <w:tcPr>
            <w:tcW w:w="7200" w:type="dxa"/>
            <w:tcBorders>
              <w:top w:val="single" w:sz="7" w:space="0" w:color="777777"/>
              <w:left w:val="single" w:sz="7" w:space="0" w:color="777777"/>
              <w:bottom w:val="single" w:sz="7" w:space="0" w:color="777777"/>
              <w:right w:val="single" w:sz="7" w:space="0" w:color="777777"/>
            </w:tcBorders>
            <w:tcMar>
              <w:top w:w="55" w:type="dxa"/>
              <w:left w:w="100" w:type="dxa"/>
              <w:bottom w:w="45" w:type="dxa"/>
              <w:right w:w="100" w:type="dxa"/>
            </w:tcMar>
          </w:tcPr>
          <w:p w14:paraId="1BD59345" w14:textId="77777777" w:rsidR="00D91843" w:rsidRPr="000C6758" w:rsidRDefault="00913365">
            <w:pPr>
              <w:spacing w:after="0" w:line="240" w:lineRule="auto"/>
              <w:rPr>
                <w:sz w:val="22"/>
              </w:rPr>
            </w:pPr>
            <w:r w:rsidRPr="000C6758">
              <w:rPr>
                <w:b/>
                <w:color w:val="505050"/>
                <w:sz w:val="22"/>
              </w:rPr>
              <w:t>ИМЕ ОДГОВОРНОГ ЛИЦА:</w:t>
            </w:r>
          </w:p>
        </w:tc>
        <w:tc>
          <w:tcPr>
            <w:tcW w:w="2778" w:type="dxa"/>
            <w:vMerge/>
            <w:tcBorders>
              <w:top w:val="single" w:sz="7" w:space="0" w:color="777777"/>
              <w:left w:val="single" w:sz="7" w:space="0" w:color="777777"/>
              <w:bottom w:val="single" w:sz="7" w:space="0" w:color="777777"/>
              <w:right w:val="single" w:sz="7" w:space="0" w:color="777777"/>
            </w:tcBorders>
          </w:tcPr>
          <w:p w14:paraId="6B7F7E0E" w14:textId="77777777" w:rsidR="00D91843" w:rsidRPr="000C6758" w:rsidRDefault="00D91843">
            <w:pPr>
              <w:rPr>
                <w:sz w:val="22"/>
              </w:rPr>
            </w:pPr>
          </w:p>
        </w:tc>
      </w:tr>
      <w:tr w:rsidR="00D91843" w:rsidRPr="000C6758" w14:paraId="6A21D6B0" w14:textId="77777777">
        <w:trPr>
          <w:trHeight w:val="471"/>
        </w:trPr>
        <w:tc>
          <w:tcPr>
            <w:tcW w:w="7200" w:type="dxa"/>
            <w:tcBorders>
              <w:top w:val="single" w:sz="7" w:space="0" w:color="777777"/>
              <w:left w:val="single" w:sz="7" w:space="0" w:color="777777"/>
              <w:bottom w:val="single" w:sz="7" w:space="0" w:color="777777"/>
              <w:right w:val="single" w:sz="7" w:space="0" w:color="777777"/>
            </w:tcBorders>
            <w:tcMar>
              <w:top w:w="55" w:type="dxa"/>
              <w:left w:w="100" w:type="dxa"/>
              <w:bottom w:w="45" w:type="dxa"/>
              <w:right w:w="100" w:type="dxa"/>
            </w:tcMar>
          </w:tcPr>
          <w:p w14:paraId="315C65D4" w14:textId="77777777" w:rsidR="00D91843" w:rsidRPr="000C6758" w:rsidRDefault="00913365">
            <w:pPr>
              <w:spacing w:after="0" w:line="240" w:lineRule="auto"/>
              <w:rPr>
                <w:sz w:val="22"/>
              </w:rPr>
            </w:pPr>
            <w:r w:rsidRPr="000C6758">
              <w:rPr>
                <w:b/>
                <w:color w:val="505050"/>
                <w:sz w:val="22"/>
              </w:rPr>
              <w:t>ЈИБ (ЗА ПРАВНО ЛИЦЕ/ПРЕДУЗЕТНИКА):</w:t>
            </w:r>
          </w:p>
        </w:tc>
        <w:tc>
          <w:tcPr>
            <w:tcW w:w="2778" w:type="dxa"/>
            <w:vMerge/>
            <w:tcBorders>
              <w:top w:val="single" w:sz="7" w:space="0" w:color="777777"/>
              <w:left w:val="single" w:sz="7" w:space="0" w:color="777777"/>
              <w:bottom w:val="single" w:sz="7" w:space="0" w:color="777777"/>
              <w:right w:val="single" w:sz="7" w:space="0" w:color="777777"/>
            </w:tcBorders>
          </w:tcPr>
          <w:p w14:paraId="40BB3D0C" w14:textId="77777777" w:rsidR="00D91843" w:rsidRPr="000C6758" w:rsidRDefault="00D91843">
            <w:pPr>
              <w:rPr>
                <w:sz w:val="22"/>
              </w:rPr>
            </w:pPr>
          </w:p>
        </w:tc>
      </w:tr>
      <w:tr w:rsidR="00D91843" w:rsidRPr="000C6758" w14:paraId="478E73DF" w14:textId="77777777">
        <w:trPr>
          <w:trHeight w:val="471"/>
        </w:trPr>
        <w:tc>
          <w:tcPr>
            <w:tcW w:w="7200" w:type="dxa"/>
            <w:tcBorders>
              <w:top w:val="single" w:sz="7" w:space="0" w:color="777777"/>
              <w:left w:val="single" w:sz="7" w:space="0" w:color="777777"/>
              <w:bottom w:val="single" w:sz="7" w:space="0" w:color="777777"/>
              <w:right w:val="single" w:sz="7" w:space="0" w:color="777777"/>
            </w:tcBorders>
            <w:tcMar>
              <w:top w:w="55" w:type="dxa"/>
              <w:left w:w="100" w:type="dxa"/>
              <w:bottom w:w="45" w:type="dxa"/>
              <w:right w:w="100" w:type="dxa"/>
            </w:tcMar>
          </w:tcPr>
          <w:p w14:paraId="2F361C45" w14:textId="77777777" w:rsidR="00D91843" w:rsidRPr="000C6758" w:rsidRDefault="00913365">
            <w:pPr>
              <w:spacing w:after="0" w:line="240" w:lineRule="auto"/>
              <w:rPr>
                <w:sz w:val="22"/>
              </w:rPr>
            </w:pPr>
            <w:r w:rsidRPr="000C6758">
              <w:rPr>
                <w:b/>
                <w:color w:val="505050"/>
                <w:sz w:val="22"/>
              </w:rPr>
              <w:t>АДРЕСА:</w:t>
            </w:r>
          </w:p>
        </w:tc>
        <w:tc>
          <w:tcPr>
            <w:tcW w:w="2778" w:type="dxa"/>
            <w:vMerge/>
            <w:tcBorders>
              <w:top w:val="single" w:sz="7" w:space="0" w:color="777777"/>
              <w:left w:val="single" w:sz="7" w:space="0" w:color="777777"/>
              <w:bottom w:val="single" w:sz="7" w:space="0" w:color="777777"/>
              <w:right w:val="single" w:sz="7" w:space="0" w:color="777777"/>
            </w:tcBorders>
          </w:tcPr>
          <w:p w14:paraId="49E73FFC" w14:textId="77777777" w:rsidR="00D91843" w:rsidRPr="000C6758" w:rsidRDefault="00D91843">
            <w:pPr>
              <w:rPr>
                <w:sz w:val="22"/>
              </w:rPr>
            </w:pPr>
          </w:p>
        </w:tc>
      </w:tr>
      <w:tr w:rsidR="00D91843" w:rsidRPr="000C6758" w14:paraId="5F13C3AC" w14:textId="77777777">
        <w:trPr>
          <w:trHeight w:val="471"/>
        </w:trPr>
        <w:tc>
          <w:tcPr>
            <w:tcW w:w="7200" w:type="dxa"/>
            <w:tcBorders>
              <w:top w:val="single" w:sz="7" w:space="0" w:color="777777"/>
              <w:left w:val="single" w:sz="7" w:space="0" w:color="777777"/>
              <w:bottom w:val="single" w:sz="7" w:space="0" w:color="777777"/>
              <w:right w:val="single" w:sz="7" w:space="0" w:color="777777"/>
            </w:tcBorders>
            <w:tcMar>
              <w:top w:w="55" w:type="dxa"/>
              <w:left w:w="100" w:type="dxa"/>
              <w:bottom w:w="45" w:type="dxa"/>
              <w:right w:w="100" w:type="dxa"/>
            </w:tcMar>
          </w:tcPr>
          <w:p w14:paraId="3F001D3C" w14:textId="77777777" w:rsidR="00D91843" w:rsidRPr="000C6758" w:rsidRDefault="00913365">
            <w:pPr>
              <w:spacing w:after="0" w:line="240" w:lineRule="auto"/>
              <w:rPr>
                <w:sz w:val="22"/>
              </w:rPr>
            </w:pPr>
            <w:r w:rsidRPr="000C6758">
              <w:rPr>
                <w:b/>
                <w:color w:val="505050"/>
                <w:sz w:val="22"/>
              </w:rPr>
              <w:t>КОНТАКТ ТЕЛЕФОН / Е-МАИЛ:</w:t>
            </w:r>
          </w:p>
        </w:tc>
        <w:tc>
          <w:tcPr>
            <w:tcW w:w="2778" w:type="dxa"/>
            <w:vMerge/>
            <w:tcBorders>
              <w:top w:val="single" w:sz="7" w:space="0" w:color="777777"/>
              <w:left w:val="single" w:sz="7" w:space="0" w:color="777777"/>
              <w:bottom w:val="single" w:sz="7" w:space="0" w:color="777777"/>
              <w:right w:val="single" w:sz="7" w:space="0" w:color="777777"/>
            </w:tcBorders>
          </w:tcPr>
          <w:p w14:paraId="026E5DDE" w14:textId="77777777" w:rsidR="00D91843" w:rsidRPr="000C6758" w:rsidRDefault="00D91843">
            <w:pPr>
              <w:rPr>
                <w:sz w:val="22"/>
              </w:rPr>
            </w:pPr>
          </w:p>
        </w:tc>
      </w:tr>
      <w:tr w:rsidR="00D91843" w:rsidRPr="000C6758" w14:paraId="4166206B" w14:textId="77777777">
        <w:trPr>
          <w:trHeight w:val="471"/>
        </w:trPr>
        <w:tc>
          <w:tcPr>
            <w:tcW w:w="7200" w:type="dxa"/>
            <w:tcBorders>
              <w:top w:val="single" w:sz="7" w:space="0" w:color="777777"/>
              <w:left w:val="single" w:sz="7" w:space="0" w:color="777777"/>
              <w:bottom w:val="single" w:sz="7" w:space="0" w:color="777777"/>
              <w:right w:val="single" w:sz="7" w:space="0" w:color="777777"/>
            </w:tcBorders>
            <w:tcMar>
              <w:top w:w="55" w:type="dxa"/>
              <w:left w:w="100" w:type="dxa"/>
              <w:bottom w:w="45" w:type="dxa"/>
              <w:right w:w="100" w:type="dxa"/>
            </w:tcMar>
          </w:tcPr>
          <w:p w14:paraId="144675E8" w14:textId="77777777" w:rsidR="00D91843" w:rsidRPr="000C6758" w:rsidRDefault="00913365">
            <w:pPr>
              <w:spacing w:after="0" w:line="240" w:lineRule="auto"/>
              <w:rPr>
                <w:sz w:val="22"/>
              </w:rPr>
            </w:pPr>
            <w:r w:rsidRPr="000C6758">
              <w:rPr>
                <w:b/>
                <w:color w:val="505050"/>
                <w:sz w:val="22"/>
              </w:rPr>
              <w:t>РЕГИСТАРСКА ОЗНАКА / МАРКА И МОДЕЛ ВОЗИЛА:</w:t>
            </w:r>
          </w:p>
        </w:tc>
        <w:tc>
          <w:tcPr>
            <w:tcW w:w="2778" w:type="dxa"/>
            <w:vMerge/>
            <w:tcBorders>
              <w:top w:val="single" w:sz="7" w:space="0" w:color="777777"/>
              <w:left w:val="single" w:sz="7" w:space="0" w:color="777777"/>
              <w:bottom w:val="single" w:sz="7" w:space="0" w:color="777777"/>
              <w:right w:val="single" w:sz="7" w:space="0" w:color="777777"/>
            </w:tcBorders>
          </w:tcPr>
          <w:p w14:paraId="6E25F648" w14:textId="77777777" w:rsidR="00D91843" w:rsidRPr="000C6758" w:rsidRDefault="00D91843">
            <w:pPr>
              <w:rPr>
                <w:sz w:val="22"/>
              </w:rPr>
            </w:pPr>
          </w:p>
        </w:tc>
      </w:tr>
    </w:tbl>
    <w:p w14:paraId="05F670E2" w14:textId="77777777" w:rsidR="00D91843" w:rsidRPr="000C6758" w:rsidRDefault="00D91843">
      <w:pPr>
        <w:spacing w:after="0"/>
        <w:rPr>
          <w:sz w:val="22"/>
        </w:rPr>
      </w:pPr>
    </w:p>
    <w:p w14:paraId="5A553091" w14:textId="77777777" w:rsidR="00D91843" w:rsidRPr="000C6758" w:rsidRDefault="00913365">
      <w:pPr>
        <w:spacing w:after="0"/>
        <w:rPr>
          <w:sz w:val="22"/>
        </w:rPr>
      </w:pPr>
      <w:r w:rsidRPr="000C6758">
        <w:rPr>
          <w:b/>
          <w:sz w:val="22"/>
        </w:rPr>
        <w:t>ЈП „</w:t>
      </w:r>
      <w:proofErr w:type="spellStart"/>
      <w:r w:rsidRPr="000C6758">
        <w:rPr>
          <w:b/>
          <w:sz w:val="22"/>
        </w:rPr>
        <w:t>Паркинг</w:t>
      </w:r>
      <w:proofErr w:type="spellEnd"/>
      <w:r w:rsidRPr="000C6758">
        <w:rPr>
          <w:b/>
          <w:sz w:val="22"/>
        </w:rPr>
        <w:t xml:space="preserve"> </w:t>
      </w:r>
      <w:proofErr w:type="spellStart"/>
      <w:r w:rsidRPr="000C6758">
        <w:rPr>
          <w:b/>
          <w:sz w:val="22"/>
        </w:rPr>
        <w:t>сервис</w:t>
      </w:r>
      <w:proofErr w:type="spellEnd"/>
      <w:r w:rsidRPr="000C6758">
        <w:rPr>
          <w:b/>
          <w:sz w:val="22"/>
        </w:rPr>
        <w:t xml:space="preserve">“ </w:t>
      </w:r>
      <w:proofErr w:type="spellStart"/>
      <w:r w:rsidRPr="000C6758">
        <w:rPr>
          <w:b/>
          <w:sz w:val="22"/>
        </w:rPr>
        <w:t>д.о.о</w:t>
      </w:r>
      <w:proofErr w:type="spellEnd"/>
      <w:r w:rsidRPr="000C6758">
        <w:rPr>
          <w:b/>
          <w:sz w:val="22"/>
        </w:rPr>
        <w:t xml:space="preserve">. </w:t>
      </w:r>
      <w:proofErr w:type="spellStart"/>
      <w:r w:rsidRPr="000C6758">
        <w:rPr>
          <w:b/>
          <w:sz w:val="22"/>
        </w:rPr>
        <w:t>Зворник</w:t>
      </w:r>
      <w:proofErr w:type="spellEnd"/>
    </w:p>
    <w:p w14:paraId="113519CC" w14:textId="77777777" w:rsidR="00D91843" w:rsidRPr="000C6758" w:rsidRDefault="00913365">
      <w:pPr>
        <w:spacing w:after="0"/>
        <w:rPr>
          <w:sz w:val="22"/>
        </w:rPr>
      </w:pPr>
      <w:proofErr w:type="spellStart"/>
      <w:r w:rsidRPr="000C6758">
        <w:rPr>
          <w:sz w:val="22"/>
        </w:rPr>
        <w:t>Светог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Саве</w:t>
      </w:r>
      <w:proofErr w:type="spellEnd"/>
      <w:r w:rsidRPr="000C6758">
        <w:rPr>
          <w:sz w:val="22"/>
        </w:rPr>
        <w:t xml:space="preserve"> 56</w:t>
      </w:r>
    </w:p>
    <w:p w14:paraId="3D2B68E6" w14:textId="77777777" w:rsidR="00D91843" w:rsidRPr="000C6758" w:rsidRDefault="00913365">
      <w:pPr>
        <w:spacing w:after="120"/>
        <w:rPr>
          <w:sz w:val="22"/>
        </w:rPr>
      </w:pPr>
      <w:r w:rsidRPr="000C6758">
        <w:rPr>
          <w:sz w:val="22"/>
        </w:rPr>
        <w:t xml:space="preserve">75400 </w:t>
      </w:r>
      <w:proofErr w:type="spellStart"/>
      <w:r w:rsidRPr="000C6758">
        <w:rPr>
          <w:sz w:val="22"/>
        </w:rPr>
        <w:t>Зворник</w:t>
      </w:r>
      <w:proofErr w:type="spellEnd"/>
    </w:p>
    <w:p w14:paraId="45640576" w14:textId="77777777" w:rsidR="00D91843" w:rsidRPr="000C6758" w:rsidRDefault="00913365">
      <w:pPr>
        <w:keepNext/>
        <w:spacing w:after="140" w:line="240" w:lineRule="auto"/>
        <w:rPr>
          <w:sz w:val="22"/>
        </w:rPr>
      </w:pPr>
      <w:r w:rsidRPr="000C6758">
        <w:rPr>
          <w:b/>
          <w:sz w:val="22"/>
        </w:rPr>
        <w:t xml:space="preserve">ПРЕДМЕТ: </w:t>
      </w:r>
      <w:proofErr w:type="spellStart"/>
      <w:r w:rsidRPr="000C6758">
        <w:rPr>
          <w:b/>
          <w:sz w:val="22"/>
        </w:rPr>
        <w:t>Захтјев</w:t>
      </w:r>
      <w:proofErr w:type="spellEnd"/>
      <w:r w:rsidRPr="000C6758">
        <w:rPr>
          <w:b/>
          <w:sz w:val="22"/>
        </w:rPr>
        <w:t xml:space="preserve"> </w:t>
      </w:r>
      <w:proofErr w:type="spellStart"/>
      <w:r w:rsidRPr="000C6758">
        <w:rPr>
          <w:b/>
          <w:sz w:val="22"/>
        </w:rPr>
        <w:t>за</w:t>
      </w:r>
      <w:proofErr w:type="spellEnd"/>
      <w:r w:rsidRPr="000C6758">
        <w:rPr>
          <w:b/>
          <w:sz w:val="22"/>
        </w:rPr>
        <w:t xml:space="preserve"> </w:t>
      </w:r>
      <w:proofErr w:type="spellStart"/>
      <w:r w:rsidRPr="000C6758">
        <w:rPr>
          <w:b/>
          <w:sz w:val="22"/>
        </w:rPr>
        <w:t>издавање</w:t>
      </w:r>
      <w:proofErr w:type="spellEnd"/>
      <w:r w:rsidRPr="000C6758">
        <w:rPr>
          <w:b/>
          <w:sz w:val="22"/>
        </w:rPr>
        <w:t xml:space="preserve"> </w:t>
      </w:r>
      <w:proofErr w:type="spellStart"/>
      <w:r w:rsidRPr="000C6758">
        <w:rPr>
          <w:b/>
          <w:sz w:val="22"/>
        </w:rPr>
        <w:t>претплатне</w:t>
      </w:r>
      <w:proofErr w:type="spellEnd"/>
      <w:r w:rsidRPr="000C6758">
        <w:rPr>
          <w:b/>
          <w:sz w:val="22"/>
        </w:rPr>
        <w:t xml:space="preserve"> </w:t>
      </w:r>
      <w:proofErr w:type="spellStart"/>
      <w:r w:rsidRPr="000C6758">
        <w:rPr>
          <w:b/>
          <w:sz w:val="22"/>
        </w:rPr>
        <w:t>паркинг</w:t>
      </w:r>
      <w:proofErr w:type="spellEnd"/>
      <w:r w:rsidRPr="000C6758">
        <w:rPr>
          <w:b/>
          <w:sz w:val="22"/>
        </w:rPr>
        <w:t xml:space="preserve"> </w:t>
      </w:r>
      <w:proofErr w:type="spellStart"/>
      <w:r w:rsidRPr="000C6758">
        <w:rPr>
          <w:b/>
          <w:sz w:val="22"/>
        </w:rPr>
        <w:t>карте</w:t>
      </w:r>
      <w:proofErr w:type="spellEnd"/>
    </w:p>
    <w:p w14:paraId="29326BC4" w14:textId="77777777" w:rsidR="00D91843" w:rsidRPr="000C6758" w:rsidRDefault="00913365">
      <w:pPr>
        <w:spacing w:after="100" w:line="259" w:lineRule="auto"/>
        <w:jc w:val="both"/>
        <w:rPr>
          <w:sz w:val="22"/>
        </w:rPr>
      </w:pPr>
      <w:proofErr w:type="spellStart"/>
      <w:r w:rsidRPr="000C6758">
        <w:rPr>
          <w:sz w:val="22"/>
        </w:rPr>
        <w:t>Обраћам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се</w:t>
      </w:r>
      <w:proofErr w:type="spellEnd"/>
      <w:r w:rsidRPr="000C6758">
        <w:rPr>
          <w:sz w:val="22"/>
        </w:rPr>
        <w:t xml:space="preserve"> ЈП „</w:t>
      </w:r>
      <w:proofErr w:type="spellStart"/>
      <w:r w:rsidRPr="000C6758">
        <w:rPr>
          <w:sz w:val="22"/>
        </w:rPr>
        <w:t>Паркинг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сервис</w:t>
      </w:r>
      <w:proofErr w:type="spellEnd"/>
      <w:r w:rsidRPr="000C6758">
        <w:rPr>
          <w:sz w:val="22"/>
        </w:rPr>
        <w:t xml:space="preserve">“ </w:t>
      </w:r>
      <w:proofErr w:type="spellStart"/>
      <w:r w:rsidRPr="000C6758">
        <w:rPr>
          <w:sz w:val="22"/>
        </w:rPr>
        <w:t>д.о.о</w:t>
      </w:r>
      <w:proofErr w:type="spellEnd"/>
      <w:r w:rsidRPr="000C6758">
        <w:rPr>
          <w:sz w:val="22"/>
        </w:rPr>
        <w:t xml:space="preserve">. </w:t>
      </w:r>
      <w:proofErr w:type="spellStart"/>
      <w:r w:rsidRPr="000C6758">
        <w:rPr>
          <w:sz w:val="22"/>
        </w:rPr>
        <w:t>Зворник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са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захтјевом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за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издавање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претплатне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паркинг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карте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за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b/>
          <w:sz w:val="22"/>
        </w:rPr>
        <w:t>црвену</w:t>
      </w:r>
      <w:proofErr w:type="spellEnd"/>
      <w:r w:rsidRPr="000C6758">
        <w:rPr>
          <w:b/>
          <w:sz w:val="22"/>
        </w:rPr>
        <w:t xml:space="preserve"> / </w:t>
      </w:r>
      <w:proofErr w:type="spellStart"/>
      <w:r w:rsidRPr="000C6758">
        <w:rPr>
          <w:b/>
          <w:sz w:val="22"/>
        </w:rPr>
        <w:t>плаву</w:t>
      </w:r>
      <w:proofErr w:type="spellEnd"/>
      <w:r w:rsidRPr="000C6758">
        <w:rPr>
          <w:b/>
          <w:sz w:val="22"/>
        </w:rPr>
        <w:t xml:space="preserve"> / </w:t>
      </w:r>
      <w:proofErr w:type="spellStart"/>
      <w:r w:rsidRPr="000C6758">
        <w:rPr>
          <w:b/>
          <w:sz w:val="22"/>
        </w:rPr>
        <w:t>зелену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зону</w:t>
      </w:r>
      <w:proofErr w:type="spellEnd"/>
      <w:r w:rsidRPr="000C6758">
        <w:rPr>
          <w:sz w:val="22"/>
        </w:rPr>
        <w:t xml:space="preserve"> (</w:t>
      </w:r>
      <w:proofErr w:type="spellStart"/>
      <w:r w:rsidRPr="000C6758">
        <w:rPr>
          <w:sz w:val="22"/>
        </w:rPr>
        <w:t>заокружити</w:t>
      </w:r>
      <w:proofErr w:type="spellEnd"/>
      <w:r w:rsidRPr="000C6758">
        <w:rPr>
          <w:sz w:val="22"/>
        </w:rPr>
        <w:t xml:space="preserve">), </w:t>
      </w:r>
      <w:proofErr w:type="spellStart"/>
      <w:r w:rsidRPr="000C6758">
        <w:rPr>
          <w:sz w:val="22"/>
        </w:rPr>
        <w:t>за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возило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регистарске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ознаке</w:t>
      </w:r>
      <w:proofErr w:type="spellEnd"/>
      <w:r w:rsidRPr="000C6758">
        <w:rPr>
          <w:sz w:val="22"/>
        </w:rPr>
        <w:t xml:space="preserve"> </w:t>
      </w:r>
      <w:r w:rsidRPr="000C6758">
        <w:rPr>
          <w:b/>
          <w:sz w:val="22"/>
        </w:rPr>
        <w:t>________________________</w:t>
      </w:r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на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период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од</w:t>
      </w:r>
      <w:proofErr w:type="spellEnd"/>
      <w:r w:rsidRPr="000C6758">
        <w:rPr>
          <w:sz w:val="22"/>
        </w:rPr>
        <w:t xml:space="preserve"> ________________. </w:t>
      </w:r>
      <w:proofErr w:type="spellStart"/>
      <w:r w:rsidRPr="000C6758">
        <w:rPr>
          <w:sz w:val="22"/>
        </w:rPr>
        <w:t>године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до</w:t>
      </w:r>
      <w:proofErr w:type="spellEnd"/>
      <w:r w:rsidRPr="000C6758">
        <w:rPr>
          <w:sz w:val="22"/>
        </w:rPr>
        <w:t xml:space="preserve"> ________________. </w:t>
      </w:r>
      <w:proofErr w:type="spellStart"/>
      <w:r w:rsidRPr="000C6758">
        <w:rPr>
          <w:sz w:val="22"/>
        </w:rPr>
        <w:t>године</w:t>
      </w:r>
      <w:proofErr w:type="spellEnd"/>
      <w:r w:rsidRPr="000C6758">
        <w:rPr>
          <w:sz w:val="22"/>
        </w:rPr>
        <w:t>.</w:t>
      </w:r>
    </w:p>
    <w:tbl>
      <w:tblPr>
        <w:tblW w:w="9979" w:type="dxa"/>
        <w:tblLayout w:type="fixed"/>
        <w:tblLook w:val="04A0" w:firstRow="1" w:lastRow="0" w:firstColumn="1" w:lastColumn="0" w:noHBand="0" w:noVBand="1"/>
      </w:tblPr>
      <w:tblGrid>
        <w:gridCol w:w="509"/>
        <w:gridCol w:w="4633"/>
        <w:gridCol w:w="1865"/>
        <w:gridCol w:w="2943"/>
        <w:gridCol w:w="29"/>
      </w:tblGrid>
      <w:tr w:rsidR="00D91843" w:rsidRPr="000C6758" w14:paraId="21EC4CA4" w14:textId="77777777" w:rsidTr="00913365">
        <w:trPr>
          <w:gridAfter w:val="1"/>
          <w:wAfter w:w="29" w:type="dxa"/>
        </w:trPr>
        <w:tc>
          <w:tcPr>
            <w:tcW w:w="9950" w:type="dxa"/>
            <w:gridSpan w:val="4"/>
            <w:tcBorders>
              <w:top w:val="single" w:sz="6" w:space="0" w:color="3F5F78"/>
              <w:left w:val="single" w:sz="6" w:space="0" w:color="3F5F78"/>
              <w:bottom w:val="single" w:sz="6" w:space="0" w:color="3F5F78"/>
              <w:right w:val="single" w:sz="6" w:space="0" w:color="3F5F78"/>
            </w:tcBorders>
            <w:shd w:val="clear" w:color="auto" w:fill="EAF0F4"/>
            <w:tcMar>
              <w:top w:w="65" w:type="dxa"/>
              <w:left w:w="110" w:type="dxa"/>
              <w:bottom w:w="55" w:type="dxa"/>
              <w:right w:w="90" w:type="dxa"/>
            </w:tcMar>
          </w:tcPr>
          <w:p w14:paraId="0E5D0743" w14:textId="77777777" w:rsidR="00D91843" w:rsidRPr="000C6758" w:rsidRDefault="00913365">
            <w:pPr>
              <w:spacing w:after="0" w:line="240" w:lineRule="auto"/>
              <w:rPr>
                <w:sz w:val="22"/>
              </w:rPr>
            </w:pPr>
            <w:r w:rsidRPr="000C6758">
              <w:rPr>
                <w:b/>
                <w:sz w:val="22"/>
              </w:rPr>
              <w:t>УЗ ЗАХТЈЕВ СЕ ПРИЛАЖЕ</w:t>
            </w:r>
          </w:p>
        </w:tc>
      </w:tr>
      <w:tr w:rsidR="00D91843" w:rsidRPr="000C6758" w14:paraId="47B9FAEF" w14:textId="77777777" w:rsidTr="00913365">
        <w:trPr>
          <w:tblHeader/>
        </w:trPr>
        <w:tc>
          <w:tcPr>
            <w:tcW w:w="509" w:type="dxa"/>
            <w:tcBorders>
              <w:top w:val="single" w:sz="5" w:space="0" w:color="8D8D8D"/>
              <w:left w:val="single" w:sz="5" w:space="0" w:color="8D8D8D"/>
              <w:bottom w:val="single" w:sz="5" w:space="0" w:color="8D8D8D"/>
              <w:right w:val="single" w:sz="5" w:space="0" w:color="8D8D8D"/>
            </w:tcBorders>
            <w:shd w:val="clear" w:color="auto" w:fill="E7E7E7"/>
            <w:tcMar>
              <w:top w:w="60" w:type="dxa"/>
              <w:left w:w="80" w:type="dxa"/>
              <w:bottom w:w="55" w:type="dxa"/>
              <w:right w:w="80" w:type="dxa"/>
            </w:tcMar>
            <w:vAlign w:val="center"/>
          </w:tcPr>
          <w:p w14:paraId="0144E502" w14:textId="77777777" w:rsidR="00D91843" w:rsidRPr="000C6758" w:rsidRDefault="00913365">
            <w:pPr>
              <w:spacing w:after="0" w:line="240" w:lineRule="auto"/>
              <w:jc w:val="center"/>
              <w:rPr>
                <w:sz w:val="22"/>
              </w:rPr>
            </w:pPr>
            <w:r w:rsidRPr="000C6758">
              <w:rPr>
                <w:b/>
                <w:sz w:val="22"/>
              </w:rPr>
              <w:t xml:space="preserve">Р. </w:t>
            </w:r>
            <w:proofErr w:type="spellStart"/>
            <w:r w:rsidRPr="000C6758">
              <w:rPr>
                <w:b/>
                <w:sz w:val="22"/>
              </w:rPr>
              <w:t>бр</w:t>
            </w:r>
            <w:proofErr w:type="spellEnd"/>
            <w:r w:rsidRPr="000C6758">
              <w:rPr>
                <w:b/>
                <w:sz w:val="22"/>
              </w:rPr>
              <w:t>.</w:t>
            </w:r>
          </w:p>
        </w:tc>
        <w:tc>
          <w:tcPr>
            <w:tcW w:w="4633" w:type="dxa"/>
            <w:tcBorders>
              <w:top w:val="single" w:sz="5" w:space="0" w:color="8D8D8D"/>
              <w:left w:val="single" w:sz="5" w:space="0" w:color="8D8D8D"/>
              <w:bottom w:val="single" w:sz="5" w:space="0" w:color="8D8D8D"/>
              <w:right w:val="single" w:sz="5" w:space="0" w:color="8D8D8D"/>
            </w:tcBorders>
            <w:shd w:val="clear" w:color="auto" w:fill="E7E7E7"/>
            <w:tcMar>
              <w:top w:w="60" w:type="dxa"/>
              <w:left w:w="80" w:type="dxa"/>
              <w:bottom w:w="55" w:type="dxa"/>
              <w:right w:w="80" w:type="dxa"/>
            </w:tcMar>
            <w:vAlign w:val="center"/>
          </w:tcPr>
          <w:p w14:paraId="4B121E65" w14:textId="77777777" w:rsidR="00D91843" w:rsidRPr="000C6758" w:rsidRDefault="00913365">
            <w:pPr>
              <w:spacing w:after="0" w:line="240" w:lineRule="auto"/>
              <w:jc w:val="center"/>
              <w:rPr>
                <w:sz w:val="22"/>
              </w:rPr>
            </w:pPr>
            <w:proofErr w:type="spellStart"/>
            <w:r w:rsidRPr="000C6758">
              <w:rPr>
                <w:b/>
                <w:sz w:val="22"/>
              </w:rPr>
              <w:t>Назив</w:t>
            </w:r>
            <w:proofErr w:type="spellEnd"/>
            <w:r w:rsidRPr="000C6758">
              <w:rPr>
                <w:b/>
                <w:sz w:val="22"/>
              </w:rPr>
              <w:t xml:space="preserve"> </w:t>
            </w:r>
            <w:proofErr w:type="spellStart"/>
            <w:r w:rsidRPr="000C6758">
              <w:rPr>
                <w:b/>
                <w:sz w:val="22"/>
              </w:rPr>
              <w:t>документа</w:t>
            </w:r>
            <w:proofErr w:type="spellEnd"/>
          </w:p>
        </w:tc>
        <w:tc>
          <w:tcPr>
            <w:tcW w:w="1865" w:type="dxa"/>
            <w:tcBorders>
              <w:top w:val="single" w:sz="5" w:space="0" w:color="8D8D8D"/>
              <w:left w:val="single" w:sz="5" w:space="0" w:color="8D8D8D"/>
              <w:bottom w:val="single" w:sz="5" w:space="0" w:color="8D8D8D"/>
              <w:right w:val="single" w:sz="5" w:space="0" w:color="8D8D8D"/>
            </w:tcBorders>
            <w:shd w:val="clear" w:color="auto" w:fill="E7E7E7"/>
            <w:tcMar>
              <w:top w:w="60" w:type="dxa"/>
              <w:left w:w="80" w:type="dxa"/>
              <w:bottom w:w="55" w:type="dxa"/>
              <w:right w:w="80" w:type="dxa"/>
            </w:tcMar>
            <w:vAlign w:val="center"/>
          </w:tcPr>
          <w:p w14:paraId="1124EA07" w14:textId="77777777" w:rsidR="00D91843" w:rsidRPr="000C6758" w:rsidRDefault="00913365">
            <w:pPr>
              <w:spacing w:after="0" w:line="240" w:lineRule="auto"/>
              <w:jc w:val="center"/>
              <w:rPr>
                <w:sz w:val="22"/>
              </w:rPr>
            </w:pPr>
            <w:proofErr w:type="spellStart"/>
            <w:r w:rsidRPr="000C6758">
              <w:rPr>
                <w:b/>
                <w:sz w:val="22"/>
              </w:rPr>
              <w:t>Форма</w:t>
            </w:r>
            <w:proofErr w:type="spellEnd"/>
          </w:p>
        </w:tc>
        <w:tc>
          <w:tcPr>
            <w:tcW w:w="2967" w:type="dxa"/>
            <w:gridSpan w:val="2"/>
            <w:tcBorders>
              <w:top w:val="single" w:sz="5" w:space="0" w:color="8D8D8D"/>
              <w:left w:val="single" w:sz="5" w:space="0" w:color="8D8D8D"/>
              <w:bottom w:val="single" w:sz="5" w:space="0" w:color="8D8D8D"/>
              <w:right w:val="single" w:sz="5" w:space="0" w:color="8D8D8D"/>
            </w:tcBorders>
            <w:shd w:val="clear" w:color="auto" w:fill="E7E7E7"/>
            <w:tcMar>
              <w:top w:w="60" w:type="dxa"/>
              <w:left w:w="80" w:type="dxa"/>
              <w:bottom w:w="55" w:type="dxa"/>
              <w:right w:w="80" w:type="dxa"/>
            </w:tcMar>
            <w:vAlign w:val="center"/>
          </w:tcPr>
          <w:p w14:paraId="5032CB9C" w14:textId="77777777" w:rsidR="00D91843" w:rsidRPr="000C6758" w:rsidRDefault="00913365">
            <w:pPr>
              <w:spacing w:after="0" w:line="240" w:lineRule="auto"/>
              <w:jc w:val="center"/>
              <w:rPr>
                <w:sz w:val="22"/>
              </w:rPr>
            </w:pPr>
            <w:proofErr w:type="spellStart"/>
            <w:r w:rsidRPr="000C6758">
              <w:rPr>
                <w:b/>
                <w:sz w:val="22"/>
              </w:rPr>
              <w:t>Издаје</w:t>
            </w:r>
            <w:proofErr w:type="spellEnd"/>
          </w:p>
        </w:tc>
      </w:tr>
      <w:tr w:rsidR="00D91843" w:rsidRPr="000C6758" w14:paraId="11651E82" w14:textId="77777777" w:rsidTr="00913365">
        <w:tc>
          <w:tcPr>
            <w:tcW w:w="509" w:type="dxa"/>
            <w:tcMar>
              <w:top w:w="55" w:type="dxa"/>
              <w:left w:w="75" w:type="dxa"/>
              <w:bottom w:w="50" w:type="dxa"/>
              <w:right w:w="75" w:type="dxa"/>
            </w:tcMar>
            <w:vAlign w:val="center"/>
          </w:tcPr>
          <w:p w14:paraId="44DC85CE" w14:textId="77777777" w:rsidR="00D91843" w:rsidRPr="000C6758" w:rsidRDefault="00913365">
            <w:pPr>
              <w:spacing w:after="0" w:line="240" w:lineRule="auto"/>
              <w:jc w:val="center"/>
              <w:rPr>
                <w:sz w:val="22"/>
              </w:rPr>
            </w:pPr>
            <w:r w:rsidRPr="000C6758">
              <w:rPr>
                <w:sz w:val="22"/>
              </w:rPr>
              <w:t>1.</w:t>
            </w:r>
          </w:p>
        </w:tc>
        <w:tc>
          <w:tcPr>
            <w:tcW w:w="4633" w:type="dxa"/>
            <w:tcMar>
              <w:top w:w="55" w:type="dxa"/>
              <w:left w:w="75" w:type="dxa"/>
              <w:bottom w:w="50" w:type="dxa"/>
              <w:right w:w="75" w:type="dxa"/>
            </w:tcMar>
            <w:vAlign w:val="center"/>
          </w:tcPr>
          <w:p w14:paraId="5B0607A7" w14:textId="77777777" w:rsidR="00D91843" w:rsidRPr="000C6758" w:rsidRDefault="00913365">
            <w:pPr>
              <w:spacing w:after="0" w:line="240" w:lineRule="auto"/>
              <w:rPr>
                <w:sz w:val="22"/>
              </w:rPr>
            </w:pPr>
            <w:proofErr w:type="spellStart"/>
            <w:r w:rsidRPr="000C6758">
              <w:rPr>
                <w:sz w:val="22"/>
              </w:rPr>
              <w:t>Потврда</w:t>
            </w:r>
            <w:proofErr w:type="spellEnd"/>
            <w:r w:rsidRPr="000C6758">
              <w:rPr>
                <w:sz w:val="22"/>
              </w:rPr>
              <w:t xml:space="preserve"> о </w:t>
            </w:r>
            <w:proofErr w:type="spellStart"/>
            <w:r w:rsidRPr="000C6758">
              <w:rPr>
                <w:sz w:val="22"/>
              </w:rPr>
              <w:t>регистрацији</w:t>
            </w:r>
            <w:proofErr w:type="spellEnd"/>
            <w:r w:rsidRPr="000C6758">
              <w:rPr>
                <w:sz w:val="22"/>
              </w:rPr>
              <w:t xml:space="preserve"> </w:t>
            </w:r>
            <w:proofErr w:type="spellStart"/>
            <w:r w:rsidRPr="000C6758">
              <w:rPr>
                <w:sz w:val="22"/>
              </w:rPr>
              <w:t>возила</w:t>
            </w:r>
            <w:proofErr w:type="spellEnd"/>
          </w:p>
        </w:tc>
        <w:tc>
          <w:tcPr>
            <w:tcW w:w="1865" w:type="dxa"/>
            <w:tcMar>
              <w:top w:w="55" w:type="dxa"/>
              <w:left w:w="75" w:type="dxa"/>
              <w:bottom w:w="50" w:type="dxa"/>
              <w:right w:w="75" w:type="dxa"/>
            </w:tcMar>
            <w:vAlign w:val="center"/>
          </w:tcPr>
          <w:p w14:paraId="11606704" w14:textId="77777777" w:rsidR="00D91843" w:rsidRPr="000C6758" w:rsidRDefault="00913365">
            <w:pPr>
              <w:spacing w:after="0" w:line="240" w:lineRule="auto"/>
              <w:jc w:val="center"/>
              <w:rPr>
                <w:sz w:val="22"/>
              </w:rPr>
            </w:pPr>
            <w:proofErr w:type="spellStart"/>
            <w:r w:rsidRPr="000C6758">
              <w:rPr>
                <w:sz w:val="22"/>
              </w:rPr>
              <w:t>Копија</w:t>
            </w:r>
            <w:proofErr w:type="spellEnd"/>
          </w:p>
        </w:tc>
        <w:tc>
          <w:tcPr>
            <w:tcW w:w="2967" w:type="dxa"/>
            <w:gridSpan w:val="2"/>
            <w:tcMar>
              <w:top w:w="55" w:type="dxa"/>
              <w:left w:w="75" w:type="dxa"/>
              <w:bottom w:w="50" w:type="dxa"/>
              <w:right w:w="75" w:type="dxa"/>
            </w:tcMar>
            <w:vAlign w:val="center"/>
          </w:tcPr>
          <w:p w14:paraId="3A5CB3A9" w14:textId="77777777" w:rsidR="00D91843" w:rsidRPr="000C6758" w:rsidRDefault="00913365">
            <w:pPr>
              <w:spacing w:after="0" w:line="240" w:lineRule="auto"/>
              <w:rPr>
                <w:sz w:val="22"/>
              </w:rPr>
            </w:pPr>
            <w:proofErr w:type="spellStart"/>
            <w:r w:rsidRPr="000C6758">
              <w:rPr>
                <w:sz w:val="22"/>
              </w:rPr>
              <w:t>Надлежни</w:t>
            </w:r>
            <w:proofErr w:type="spellEnd"/>
            <w:r w:rsidRPr="000C6758">
              <w:rPr>
                <w:sz w:val="22"/>
              </w:rPr>
              <w:t xml:space="preserve"> МУП</w:t>
            </w:r>
          </w:p>
        </w:tc>
      </w:tr>
      <w:tr w:rsidR="00D91843" w:rsidRPr="000C6758" w14:paraId="58A094F2" w14:textId="77777777" w:rsidTr="00913365">
        <w:tc>
          <w:tcPr>
            <w:tcW w:w="509" w:type="dxa"/>
            <w:tcMar>
              <w:top w:w="55" w:type="dxa"/>
              <w:left w:w="75" w:type="dxa"/>
              <w:bottom w:w="50" w:type="dxa"/>
              <w:right w:w="75" w:type="dxa"/>
            </w:tcMar>
            <w:vAlign w:val="center"/>
          </w:tcPr>
          <w:p w14:paraId="1062EF69" w14:textId="159903ED" w:rsidR="00D91843" w:rsidRPr="000C6758" w:rsidRDefault="00913365">
            <w:pPr>
              <w:spacing w:after="0" w:line="240" w:lineRule="auto"/>
              <w:jc w:val="center"/>
              <w:rPr>
                <w:sz w:val="22"/>
              </w:rPr>
            </w:pPr>
            <w:r w:rsidRPr="000C6758">
              <w:rPr>
                <w:sz w:val="22"/>
              </w:rPr>
              <w:t>2.</w:t>
            </w:r>
          </w:p>
        </w:tc>
        <w:tc>
          <w:tcPr>
            <w:tcW w:w="4633" w:type="dxa"/>
            <w:tcMar>
              <w:top w:w="55" w:type="dxa"/>
              <w:left w:w="75" w:type="dxa"/>
              <w:bottom w:w="50" w:type="dxa"/>
              <w:right w:w="75" w:type="dxa"/>
            </w:tcMar>
            <w:vAlign w:val="center"/>
          </w:tcPr>
          <w:p w14:paraId="3E873E46" w14:textId="77777777" w:rsidR="00D91843" w:rsidRPr="000C6758" w:rsidRDefault="00913365">
            <w:pPr>
              <w:spacing w:after="0" w:line="240" w:lineRule="auto"/>
              <w:rPr>
                <w:sz w:val="22"/>
              </w:rPr>
            </w:pPr>
            <w:proofErr w:type="spellStart"/>
            <w:r w:rsidRPr="000C6758">
              <w:rPr>
                <w:sz w:val="22"/>
              </w:rPr>
              <w:t>Доказ</w:t>
            </w:r>
            <w:proofErr w:type="spellEnd"/>
            <w:r w:rsidRPr="000C6758">
              <w:rPr>
                <w:sz w:val="22"/>
              </w:rPr>
              <w:t xml:space="preserve"> о </w:t>
            </w:r>
            <w:proofErr w:type="spellStart"/>
            <w:r w:rsidRPr="000C6758">
              <w:rPr>
                <w:sz w:val="22"/>
              </w:rPr>
              <w:t>уплати</w:t>
            </w:r>
            <w:proofErr w:type="spellEnd"/>
            <w:r w:rsidRPr="000C6758">
              <w:rPr>
                <w:sz w:val="22"/>
              </w:rPr>
              <w:t xml:space="preserve"> </w:t>
            </w:r>
            <w:proofErr w:type="spellStart"/>
            <w:r w:rsidRPr="000C6758">
              <w:rPr>
                <w:sz w:val="22"/>
              </w:rPr>
              <w:t>накнаде</w:t>
            </w:r>
            <w:proofErr w:type="spellEnd"/>
            <w:r w:rsidRPr="000C6758">
              <w:rPr>
                <w:sz w:val="22"/>
              </w:rPr>
              <w:t xml:space="preserve"> </w:t>
            </w:r>
            <w:proofErr w:type="spellStart"/>
            <w:r w:rsidRPr="000C6758">
              <w:rPr>
                <w:sz w:val="22"/>
              </w:rPr>
              <w:t>за</w:t>
            </w:r>
            <w:proofErr w:type="spellEnd"/>
            <w:r w:rsidRPr="000C6758">
              <w:rPr>
                <w:sz w:val="22"/>
              </w:rPr>
              <w:t xml:space="preserve"> </w:t>
            </w:r>
            <w:proofErr w:type="spellStart"/>
            <w:r w:rsidRPr="000C6758">
              <w:rPr>
                <w:sz w:val="22"/>
              </w:rPr>
              <w:t>претплатну</w:t>
            </w:r>
            <w:proofErr w:type="spellEnd"/>
            <w:r w:rsidRPr="000C6758">
              <w:rPr>
                <w:sz w:val="22"/>
              </w:rPr>
              <w:t xml:space="preserve"> </w:t>
            </w:r>
            <w:proofErr w:type="spellStart"/>
            <w:r w:rsidRPr="000C6758">
              <w:rPr>
                <w:sz w:val="22"/>
              </w:rPr>
              <w:t>паркинг</w:t>
            </w:r>
            <w:proofErr w:type="spellEnd"/>
            <w:r w:rsidRPr="000C6758">
              <w:rPr>
                <w:sz w:val="22"/>
              </w:rPr>
              <w:t xml:space="preserve"> </w:t>
            </w:r>
            <w:proofErr w:type="spellStart"/>
            <w:r w:rsidRPr="000C6758">
              <w:rPr>
                <w:sz w:val="22"/>
              </w:rPr>
              <w:t>карту</w:t>
            </w:r>
            <w:proofErr w:type="spellEnd"/>
          </w:p>
        </w:tc>
        <w:tc>
          <w:tcPr>
            <w:tcW w:w="1865" w:type="dxa"/>
            <w:tcMar>
              <w:top w:w="55" w:type="dxa"/>
              <w:left w:w="75" w:type="dxa"/>
              <w:bottom w:w="50" w:type="dxa"/>
              <w:right w:w="75" w:type="dxa"/>
            </w:tcMar>
            <w:vAlign w:val="center"/>
          </w:tcPr>
          <w:p w14:paraId="656CE6EF" w14:textId="77777777" w:rsidR="00D91843" w:rsidRPr="000C6758" w:rsidRDefault="00913365">
            <w:pPr>
              <w:spacing w:after="0" w:line="240" w:lineRule="auto"/>
              <w:jc w:val="center"/>
              <w:rPr>
                <w:sz w:val="22"/>
              </w:rPr>
            </w:pPr>
            <w:proofErr w:type="spellStart"/>
            <w:r w:rsidRPr="000C6758">
              <w:rPr>
                <w:sz w:val="22"/>
              </w:rPr>
              <w:t>Копија</w:t>
            </w:r>
            <w:proofErr w:type="spellEnd"/>
            <w:r w:rsidRPr="000C6758">
              <w:rPr>
                <w:sz w:val="22"/>
              </w:rPr>
              <w:t xml:space="preserve"> </w:t>
            </w:r>
            <w:proofErr w:type="spellStart"/>
            <w:r w:rsidRPr="000C6758">
              <w:rPr>
                <w:sz w:val="22"/>
              </w:rPr>
              <w:t>или</w:t>
            </w:r>
            <w:proofErr w:type="spellEnd"/>
            <w:r w:rsidRPr="000C6758">
              <w:rPr>
                <w:sz w:val="22"/>
              </w:rPr>
              <w:t xml:space="preserve"> </w:t>
            </w:r>
            <w:proofErr w:type="spellStart"/>
            <w:r w:rsidRPr="000C6758">
              <w:rPr>
                <w:sz w:val="22"/>
              </w:rPr>
              <w:t>оригинал</w:t>
            </w:r>
            <w:proofErr w:type="spellEnd"/>
          </w:p>
        </w:tc>
        <w:tc>
          <w:tcPr>
            <w:tcW w:w="2967" w:type="dxa"/>
            <w:gridSpan w:val="2"/>
            <w:tcMar>
              <w:top w:w="55" w:type="dxa"/>
              <w:left w:w="75" w:type="dxa"/>
              <w:bottom w:w="50" w:type="dxa"/>
              <w:right w:w="75" w:type="dxa"/>
            </w:tcMar>
            <w:vAlign w:val="center"/>
          </w:tcPr>
          <w:p w14:paraId="1DE4410F" w14:textId="77777777" w:rsidR="00D91843" w:rsidRPr="000C6758" w:rsidRDefault="00913365">
            <w:pPr>
              <w:spacing w:after="0" w:line="240" w:lineRule="auto"/>
              <w:rPr>
                <w:sz w:val="22"/>
              </w:rPr>
            </w:pPr>
            <w:proofErr w:type="spellStart"/>
            <w:r w:rsidRPr="000C6758">
              <w:rPr>
                <w:sz w:val="22"/>
              </w:rPr>
              <w:t>Банка</w:t>
            </w:r>
            <w:proofErr w:type="spellEnd"/>
            <w:r w:rsidRPr="000C6758">
              <w:rPr>
                <w:sz w:val="22"/>
              </w:rPr>
              <w:t>/</w:t>
            </w:r>
            <w:proofErr w:type="spellStart"/>
            <w:r w:rsidRPr="000C6758">
              <w:rPr>
                <w:sz w:val="22"/>
              </w:rPr>
              <w:t>пошта</w:t>
            </w:r>
            <w:proofErr w:type="spellEnd"/>
          </w:p>
        </w:tc>
      </w:tr>
    </w:tbl>
    <w:p w14:paraId="237EE01B" w14:textId="77777777" w:rsidR="00D91843" w:rsidRPr="000C6758" w:rsidRDefault="00D91843">
      <w:pPr>
        <w:spacing w:after="40"/>
        <w:rPr>
          <w:sz w:val="22"/>
        </w:rPr>
      </w:pPr>
    </w:p>
    <w:tbl>
      <w:tblPr>
        <w:tblW w:w="9979" w:type="dxa"/>
        <w:tblLayout w:type="fixed"/>
        <w:tblLook w:val="04A0" w:firstRow="1" w:lastRow="0" w:firstColumn="1" w:lastColumn="0" w:noHBand="0" w:noVBand="1"/>
      </w:tblPr>
      <w:tblGrid>
        <w:gridCol w:w="4751"/>
        <w:gridCol w:w="2602"/>
        <w:gridCol w:w="2601"/>
        <w:gridCol w:w="25"/>
      </w:tblGrid>
      <w:tr w:rsidR="00D91843" w:rsidRPr="000C6758" w14:paraId="1B1130D1" w14:textId="77777777">
        <w:trPr>
          <w:gridAfter w:val="1"/>
          <w:wAfter w:w="25" w:type="dxa"/>
        </w:trPr>
        <w:tc>
          <w:tcPr>
            <w:tcW w:w="9978" w:type="dxa"/>
            <w:gridSpan w:val="3"/>
            <w:tcBorders>
              <w:top w:val="single" w:sz="6" w:space="0" w:color="3F5F78"/>
              <w:left w:val="single" w:sz="6" w:space="0" w:color="3F5F78"/>
              <w:bottom w:val="single" w:sz="6" w:space="0" w:color="3F5F78"/>
              <w:right w:val="single" w:sz="6" w:space="0" w:color="3F5F78"/>
            </w:tcBorders>
            <w:shd w:val="clear" w:color="auto" w:fill="EAF0F4"/>
            <w:tcMar>
              <w:top w:w="65" w:type="dxa"/>
              <w:left w:w="110" w:type="dxa"/>
              <w:bottom w:w="55" w:type="dxa"/>
              <w:right w:w="90" w:type="dxa"/>
            </w:tcMar>
          </w:tcPr>
          <w:p w14:paraId="55683DA1" w14:textId="77777777" w:rsidR="00D91843" w:rsidRPr="000C6758" w:rsidRDefault="00913365">
            <w:pPr>
              <w:spacing w:after="0" w:line="240" w:lineRule="auto"/>
              <w:rPr>
                <w:sz w:val="22"/>
              </w:rPr>
            </w:pPr>
            <w:r w:rsidRPr="000C6758">
              <w:rPr>
                <w:b/>
                <w:sz w:val="22"/>
              </w:rPr>
              <w:t>ЦИЈЕНЕ ПРЕТПЛАТНИХ ПАРКИНГ КАРАТА</w:t>
            </w:r>
          </w:p>
        </w:tc>
      </w:tr>
      <w:tr w:rsidR="00D91843" w:rsidRPr="000C6758" w14:paraId="3C234091" w14:textId="77777777">
        <w:trPr>
          <w:tblHeader/>
        </w:trPr>
        <w:tc>
          <w:tcPr>
            <w:tcW w:w="4762" w:type="dxa"/>
            <w:tcBorders>
              <w:top w:val="single" w:sz="6" w:space="0" w:color="7E8D98"/>
              <w:left w:val="single" w:sz="6" w:space="0" w:color="7E8D98"/>
              <w:bottom w:val="single" w:sz="6" w:space="0" w:color="7E8D98"/>
              <w:right w:val="single" w:sz="6" w:space="0" w:color="7E8D98"/>
            </w:tcBorders>
            <w:shd w:val="clear" w:color="auto" w:fill="EAF0F4"/>
            <w:tcMar>
              <w:top w:w="65" w:type="dxa"/>
              <w:left w:w="85" w:type="dxa"/>
              <w:bottom w:w="60" w:type="dxa"/>
              <w:right w:w="85" w:type="dxa"/>
            </w:tcMar>
            <w:vAlign w:val="center"/>
          </w:tcPr>
          <w:p w14:paraId="7D8A87E8" w14:textId="77777777" w:rsidR="00D91843" w:rsidRPr="000C6758" w:rsidRDefault="00913365">
            <w:pPr>
              <w:spacing w:after="0" w:line="240" w:lineRule="auto"/>
              <w:rPr>
                <w:sz w:val="22"/>
              </w:rPr>
            </w:pPr>
            <w:proofErr w:type="spellStart"/>
            <w:r w:rsidRPr="000C6758">
              <w:rPr>
                <w:b/>
                <w:sz w:val="22"/>
              </w:rPr>
              <w:t>Зона</w:t>
            </w:r>
            <w:proofErr w:type="spellEnd"/>
          </w:p>
        </w:tc>
        <w:tc>
          <w:tcPr>
            <w:tcW w:w="2608" w:type="dxa"/>
            <w:tcBorders>
              <w:top w:val="single" w:sz="6" w:space="0" w:color="7E8D98"/>
              <w:left w:val="single" w:sz="6" w:space="0" w:color="7E8D98"/>
              <w:bottom w:val="single" w:sz="6" w:space="0" w:color="7E8D98"/>
              <w:right w:val="single" w:sz="6" w:space="0" w:color="7E8D98"/>
            </w:tcBorders>
            <w:shd w:val="clear" w:color="auto" w:fill="EAF0F4"/>
            <w:tcMar>
              <w:top w:w="65" w:type="dxa"/>
              <w:left w:w="85" w:type="dxa"/>
              <w:bottom w:w="60" w:type="dxa"/>
              <w:right w:w="85" w:type="dxa"/>
            </w:tcMar>
            <w:vAlign w:val="center"/>
          </w:tcPr>
          <w:p w14:paraId="468CC225" w14:textId="77777777" w:rsidR="00D91843" w:rsidRPr="000C6758" w:rsidRDefault="00913365">
            <w:pPr>
              <w:spacing w:after="0" w:line="240" w:lineRule="auto"/>
              <w:jc w:val="center"/>
              <w:rPr>
                <w:sz w:val="22"/>
              </w:rPr>
            </w:pPr>
            <w:proofErr w:type="spellStart"/>
            <w:r w:rsidRPr="000C6758">
              <w:rPr>
                <w:b/>
                <w:sz w:val="22"/>
              </w:rPr>
              <w:t>Мјесечна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6" w:space="0" w:color="7E8D98"/>
              <w:left w:val="single" w:sz="6" w:space="0" w:color="7E8D98"/>
              <w:bottom w:val="single" w:sz="6" w:space="0" w:color="7E8D98"/>
              <w:right w:val="single" w:sz="6" w:space="0" w:color="7E8D98"/>
            </w:tcBorders>
            <w:shd w:val="clear" w:color="auto" w:fill="EAF0F4"/>
            <w:tcMar>
              <w:top w:w="65" w:type="dxa"/>
              <w:left w:w="85" w:type="dxa"/>
              <w:bottom w:w="60" w:type="dxa"/>
              <w:right w:w="85" w:type="dxa"/>
            </w:tcMar>
            <w:vAlign w:val="center"/>
          </w:tcPr>
          <w:p w14:paraId="2100F0D1" w14:textId="77777777" w:rsidR="00D91843" w:rsidRPr="000C6758" w:rsidRDefault="00913365">
            <w:pPr>
              <w:spacing w:after="0" w:line="240" w:lineRule="auto"/>
              <w:jc w:val="center"/>
              <w:rPr>
                <w:sz w:val="22"/>
              </w:rPr>
            </w:pPr>
            <w:proofErr w:type="spellStart"/>
            <w:r w:rsidRPr="000C6758">
              <w:rPr>
                <w:b/>
                <w:sz w:val="22"/>
              </w:rPr>
              <w:t>Годишња</w:t>
            </w:r>
            <w:proofErr w:type="spellEnd"/>
          </w:p>
        </w:tc>
      </w:tr>
      <w:tr w:rsidR="00D91843" w:rsidRPr="000C6758" w14:paraId="478CB2C5" w14:textId="77777777">
        <w:tc>
          <w:tcPr>
            <w:tcW w:w="4763" w:type="dxa"/>
            <w:tcMar>
              <w:top w:w="60" w:type="dxa"/>
              <w:left w:w="85" w:type="dxa"/>
              <w:bottom w:w="55" w:type="dxa"/>
              <w:right w:w="85" w:type="dxa"/>
            </w:tcMar>
            <w:vAlign w:val="center"/>
          </w:tcPr>
          <w:p w14:paraId="2F70CED2" w14:textId="77777777" w:rsidR="00D91843" w:rsidRPr="000C6758" w:rsidRDefault="00913365">
            <w:pPr>
              <w:spacing w:after="0" w:line="240" w:lineRule="auto"/>
              <w:rPr>
                <w:sz w:val="22"/>
              </w:rPr>
            </w:pPr>
            <w:r w:rsidRPr="000C6758">
              <w:rPr>
                <w:sz w:val="22"/>
              </w:rPr>
              <w:t xml:space="preserve">I </w:t>
            </w:r>
            <w:proofErr w:type="spellStart"/>
            <w:r w:rsidRPr="000C6758">
              <w:rPr>
                <w:sz w:val="22"/>
              </w:rPr>
              <w:t>зона</w:t>
            </w:r>
            <w:proofErr w:type="spellEnd"/>
            <w:r w:rsidRPr="000C6758">
              <w:rPr>
                <w:sz w:val="22"/>
              </w:rPr>
              <w:t xml:space="preserve"> - </w:t>
            </w:r>
            <w:proofErr w:type="spellStart"/>
            <w:r w:rsidRPr="000C6758">
              <w:rPr>
                <w:sz w:val="22"/>
              </w:rPr>
              <w:t>црвена</w:t>
            </w:r>
            <w:proofErr w:type="spellEnd"/>
          </w:p>
        </w:tc>
        <w:tc>
          <w:tcPr>
            <w:tcW w:w="2608" w:type="dxa"/>
            <w:tcMar>
              <w:top w:w="60" w:type="dxa"/>
              <w:left w:w="85" w:type="dxa"/>
              <w:bottom w:w="55" w:type="dxa"/>
              <w:right w:w="85" w:type="dxa"/>
            </w:tcMar>
            <w:vAlign w:val="center"/>
          </w:tcPr>
          <w:p w14:paraId="15BB2775" w14:textId="77777777" w:rsidR="00D91843" w:rsidRPr="000C6758" w:rsidRDefault="00913365">
            <w:pPr>
              <w:spacing w:after="0" w:line="240" w:lineRule="auto"/>
              <w:jc w:val="center"/>
              <w:rPr>
                <w:sz w:val="22"/>
              </w:rPr>
            </w:pPr>
            <w:r w:rsidRPr="000C6758">
              <w:rPr>
                <w:b/>
                <w:sz w:val="22"/>
              </w:rPr>
              <w:t>50,00 КМ</w:t>
            </w:r>
          </w:p>
        </w:tc>
        <w:tc>
          <w:tcPr>
            <w:tcW w:w="2608" w:type="dxa"/>
            <w:gridSpan w:val="2"/>
            <w:tcMar>
              <w:top w:w="60" w:type="dxa"/>
              <w:left w:w="85" w:type="dxa"/>
              <w:bottom w:w="55" w:type="dxa"/>
              <w:right w:w="85" w:type="dxa"/>
            </w:tcMar>
            <w:vAlign w:val="center"/>
          </w:tcPr>
          <w:p w14:paraId="47E56CD3" w14:textId="77777777" w:rsidR="00D91843" w:rsidRPr="000C6758" w:rsidRDefault="00913365">
            <w:pPr>
              <w:spacing w:after="0" w:line="240" w:lineRule="auto"/>
              <w:jc w:val="center"/>
              <w:rPr>
                <w:sz w:val="22"/>
              </w:rPr>
            </w:pPr>
            <w:r w:rsidRPr="000C6758">
              <w:rPr>
                <w:b/>
                <w:sz w:val="22"/>
              </w:rPr>
              <w:t>300,00 КМ</w:t>
            </w:r>
          </w:p>
        </w:tc>
      </w:tr>
      <w:tr w:rsidR="00D91843" w:rsidRPr="000C6758" w14:paraId="2D24C1D2" w14:textId="77777777">
        <w:tc>
          <w:tcPr>
            <w:tcW w:w="4763" w:type="dxa"/>
            <w:tcMar>
              <w:top w:w="60" w:type="dxa"/>
              <w:left w:w="85" w:type="dxa"/>
              <w:bottom w:w="55" w:type="dxa"/>
              <w:right w:w="85" w:type="dxa"/>
            </w:tcMar>
            <w:vAlign w:val="center"/>
          </w:tcPr>
          <w:p w14:paraId="7BB2FA6B" w14:textId="77777777" w:rsidR="00D91843" w:rsidRPr="000C6758" w:rsidRDefault="00913365">
            <w:pPr>
              <w:spacing w:after="0" w:line="240" w:lineRule="auto"/>
              <w:rPr>
                <w:sz w:val="22"/>
              </w:rPr>
            </w:pPr>
            <w:r w:rsidRPr="000C6758">
              <w:rPr>
                <w:sz w:val="22"/>
              </w:rPr>
              <w:t xml:space="preserve">II </w:t>
            </w:r>
            <w:proofErr w:type="spellStart"/>
            <w:r w:rsidRPr="000C6758">
              <w:rPr>
                <w:sz w:val="22"/>
              </w:rPr>
              <w:t>зона</w:t>
            </w:r>
            <w:proofErr w:type="spellEnd"/>
            <w:r w:rsidRPr="000C6758">
              <w:rPr>
                <w:sz w:val="22"/>
              </w:rPr>
              <w:t xml:space="preserve"> - </w:t>
            </w:r>
            <w:proofErr w:type="spellStart"/>
            <w:r w:rsidRPr="000C6758">
              <w:rPr>
                <w:sz w:val="22"/>
              </w:rPr>
              <w:t>плава</w:t>
            </w:r>
            <w:proofErr w:type="spellEnd"/>
          </w:p>
        </w:tc>
        <w:tc>
          <w:tcPr>
            <w:tcW w:w="2608" w:type="dxa"/>
            <w:tcMar>
              <w:top w:w="60" w:type="dxa"/>
              <w:left w:w="85" w:type="dxa"/>
              <w:bottom w:w="55" w:type="dxa"/>
              <w:right w:w="85" w:type="dxa"/>
            </w:tcMar>
            <w:vAlign w:val="center"/>
          </w:tcPr>
          <w:p w14:paraId="1C3DC652" w14:textId="77777777" w:rsidR="00D91843" w:rsidRPr="000C6758" w:rsidRDefault="00913365">
            <w:pPr>
              <w:spacing w:after="0" w:line="240" w:lineRule="auto"/>
              <w:jc w:val="center"/>
              <w:rPr>
                <w:sz w:val="22"/>
              </w:rPr>
            </w:pPr>
            <w:r w:rsidRPr="000C6758">
              <w:rPr>
                <w:b/>
                <w:sz w:val="22"/>
              </w:rPr>
              <w:t>40,00 КМ</w:t>
            </w:r>
          </w:p>
        </w:tc>
        <w:tc>
          <w:tcPr>
            <w:tcW w:w="2608" w:type="dxa"/>
            <w:gridSpan w:val="2"/>
            <w:tcMar>
              <w:top w:w="60" w:type="dxa"/>
              <w:left w:w="85" w:type="dxa"/>
              <w:bottom w:w="55" w:type="dxa"/>
              <w:right w:w="85" w:type="dxa"/>
            </w:tcMar>
            <w:vAlign w:val="center"/>
          </w:tcPr>
          <w:p w14:paraId="08EDFD8D" w14:textId="77777777" w:rsidR="00D91843" w:rsidRPr="000C6758" w:rsidRDefault="00913365">
            <w:pPr>
              <w:spacing w:after="0" w:line="240" w:lineRule="auto"/>
              <w:jc w:val="center"/>
              <w:rPr>
                <w:sz w:val="22"/>
              </w:rPr>
            </w:pPr>
            <w:r w:rsidRPr="000C6758">
              <w:rPr>
                <w:b/>
                <w:sz w:val="22"/>
              </w:rPr>
              <w:t>240,00 КМ</w:t>
            </w:r>
          </w:p>
        </w:tc>
      </w:tr>
      <w:tr w:rsidR="00D91843" w:rsidRPr="000C6758" w14:paraId="08147822" w14:textId="77777777">
        <w:tc>
          <w:tcPr>
            <w:tcW w:w="4763" w:type="dxa"/>
            <w:tcMar>
              <w:top w:w="60" w:type="dxa"/>
              <w:left w:w="85" w:type="dxa"/>
              <w:bottom w:w="55" w:type="dxa"/>
              <w:right w:w="85" w:type="dxa"/>
            </w:tcMar>
            <w:vAlign w:val="center"/>
          </w:tcPr>
          <w:p w14:paraId="762C6695" w14:textId="77777777" w:rsidR="00D91843" w:rsidRPr="000C6758" w:rsidRDefault="00913365">
            <w:pPr>
              <w:spacing w:after="0" w:line="240" w:lineRule="auto"/>
              <w:rPr>
                <w:sz w:val="22"/>
              </w:rPr>
            </w:pPr>
            <w:r w:rsidRPr="000C6758">
              <w:rPr>
                <w:sz w:val="22"/>
              </w:rPr>
              <w:t xml:space="preserve">III </w:t>
            </w:r>
            <w:proofErr w:type="spellStart"/>
            <w:r w:rsidRPr="000C6758">
              <w:rPr>
                <w:sz w:val="22"/>
              </w:rPr>
              <w:t>зона</w:t>
            </w:r>
            <w:proofErr w:type="spellEnd"/>
            <w:r w:rsidRPr="000C6758">
              <w:rPr>
                <w:sz w:val="22"/>
              </w:rPr>
              <w:t xml:space="preserve"> - </w:t>
            </w:r>
            <w:proofErr w:type="spellStart"/>
            <w:r w:rsidRPr="000C6758">
              <w:rPr>
                <w:sz w:val="22"/>
              </w:rPr>
              <w:t>зелена</w:t>
            </w:r>
            <w:proofErr w:type="spellEnd"/>
          </w:p>
        </w:tc>
        <w:tc>
          <w:tcPr>
            <w:tcW w:w="2608" w:type="dxa"/>
            <w:tcMar>
              <w:top w:w="60" w:type="dxa"/>
              <w:left w:w="85" w:type="dxa"/>
              <w:bottom w:w="55" w:type="dxa"/>
              <w:right w:w="85" w:type="dxa"/>
            </w:tcMar>
            <w:vAlign w:val="center"/>
          </w:tcPr>
          <w:p w14:paraId="20686568" w14:textId="77777777" w:rsidR="00D91843" w:rsidRPr="000C6758" w:rsidRDefault="00913365">
            <w:pPr>
              <w:spacing w:after="0" w:line="240" w:lineRule="auto"/>
              <w:jc w:val="center"/>
              <w:rPr>
                <w:sz w:val="22"/>
              </w:rPr>
            </w:pPr>
            <w:r w:rsidRPr="000C6758">
              <w:rPr>
                <w:b/>
                <w:sz w:val="22"/>
              </w:rPr>
              <w:t>40,00 КМ</w:t>
            </w:r>
          </w:p>
        </w:tc>
        <w:tc>
          <w:tcPr>
            <w:tcW w:w="2608" w:type="dxa"/>
            <w:gridSpan w:val="2"/>
            <w:tcMar>
              <w:top w:w="60" w:type="dxa"/>
              <w:left w:w="85" w:type="dxa"/>
              <w:bottom w:w="55" w:type="dxa"/>
              <w:right w:w="85" w:type="dxa"/>
            </w:tcMar>
            <w:vAlign w:val="center"/>
          </w:tcPr>
          <w:p w14:paraId="6007033F" w14:textId="77777777" w:rsidR="00D91843" w:rsidRPr="000C6758" w:rsidRDefault="00913365">
            <w:pPr>
              <w:spacing w:after="0" w:line="240" w:lineRule="auto"/>
              <w:jc w:val="center"/>
              <w:rPr>
                <w:sz w:val="22"/>
              </w:rPr>
            </w:pPr>
            <w:r w:rsidRPr="000C6758">
              <w:rPr>
                <w:b/>
                <w:sz w:val="22"/>
              </w:rPr>
              <w:t>240,00 КМ</w:t>
            </w:r>
          </w:p>
        </w:tc>
      </w:tr>
    </w:tbl>
    <w:p w14:paraId="14516794" w14:textId="77777777" w:rsidR="00D91843" w:rsidRPr="000C6758" w:rsidRDefault="00D91843">
      <w:pPr>
        <w:spacing w:after="20"/>
        <w:rPr>
          <w:sz w:val="22"/>
        </w:rPr>
      </w:pPr>
    </w:p>
    <w:p w14:paraId="11FF4739" w14:textId="77777777" w:rsidR="00D91843" w:rsidRPr="000C6758" w:rsidRDefault="00913365">
      <w:pPr>
        <w:spacing w:after="60" w:line="250" w:lineRule="auto"/>
        <w:jc w:val="both"/>
        <w:rPr>
          <w:sz w:val="22"/>
        </w:rPr>
      </w:pPr>
      <w:proofErr w:type="spellStart"/>
      <w:r w:rsidRPr="000C6758">
        <w:rPr>
          <w:b/>
          <w:sz w:val="22"/>
        </w:rPr>
        <w:t>Напомена</w:t>
      </w:r>
      <w:proofErr w:type="spellEnd"/>
      <w:r w:rsidRPr="000C6758">
        <w:rPr>
          <w:b/>
          <w:sz w:val="22"/>
        </w:rPr>
        <w:t xml:space="preserve">: </w:t>
      </w:r>
      <w:proofErr w:type="spellStart"/>
      <w:r w:rsidRPr="000C6758">
        <w:rPr>
          <w:sz w:val="22"/>
        </w:rPr>
        <w:t>Приликом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закључења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уговора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примјењује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се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цијена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из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Цјеновника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важећег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на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дан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закључења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уговора</w:t>
      </w:r>
      <w:proofErr w:type="spellEnd"/>
      <w:r w:rsidRPr="000C6758">
        <w:rPr>
          <w:sz w:val="22"/>
        </w:rPr>
        <w:t>.</w:t>
      </w:r>
    </w:p>
    <w:p w14:paraId="095C20DD" w14:textId="77777777" w:rsidR="00D91843" w:rsidRPr="000C6758" w:rsidRDefault="00913365">
      <w:pPr>
        <w:rPr>
          <w:sz w:val="22"/>
        </w:rPr>
      </w:pPr>
      <w:r w:rsidRPr="000C6758">
        <w:rPr>
          <w:sz w:val="22"/>
        </w:rPr>
        <w:br w:type="page"/>
      </w:r>
    </w:p>
    <w:tbl>
      <w:tblPr>
        <w:tblW w:w="9979" w:type="dxa"/>
        <w:tblLayout w:type="fixed"/>
        <w:tblLook w:val="04A0" w:firstRow="1" w:lastRow="0" w:firstColumn="1" w:lastColumn="0" w:noHBand="0" w:noVBand="1"/>
      </w:tblPr>
      <w:tblGrid>
        <w:gridCol w:w="9979"/>
      </w:tblGrid>
      <w:tr w:rsidR="00D91843" w:rsidRPr="000C6758" w14:paraId="05DB2B3B" w14:textId="77777777">
        <w:tc>
          <w:tcPr>
            <w:tcW w:w="9978" w:type="dxa"/>
            <w:tcBorders>
              <w:top w:val="single" w:sz="6" w:space="0" w:color="3F5F78"/>
              <w:left w:val="single" w:sz="6" w:space="0" w:color="3F5F78"/>
              <w:bottom w:val="single" w:sz="6" w:space="0" w:color="3F5F78"/>
              <w:right w:val="single" w:sz="6" w:space="0" w:color="3F5F78"/>
            </w:tcBorders>
            <w:shd w:val="clear" w:color="auto" w:fill="EAF0F4"/>
            <w:tcMar>
              <w:top w:w="65" w:type="dxa"/>
              <w:left w:w="110" w:type="dxa"/>
              <w:bottom w:w="55" w:type="dxa"/>
              <w:right w:w="90" w:type="dxa"/>
            </w:tcMar>
          </w:tcPr>
          <w:p w14:paraId="2E6578E1" w14:textId="77777777" w:rsidR="00D91843" w:rsidRPr="000C6758" w:rsidRDefault="00913365">
            <w:pPr>
              <w:spacing w:after="0" w:line="240" w:lineRule="auto"/>
              <w:rPr>
                <w:sz w:val="22"/>
              </w:rPr>
            </w:pPr>
            <w:r w:rsidRPr="000C6758">
              <w:rPr>
                <w:b/>
                <w:sz w:val="22"/>
              </w:rPr>
              <w:lastRenderedPageBreak/>
              <w:t>УСЛОВИ И НАПОМЕНЕ</w:t>
            </w:r>
          </w:p>
        </w:tc>
      </w:tr>
    </w:tbl>
    <w:p w14:paraId="44162198" w14:textId="77777777" w:rsidR="00D91843" w:rsidRPr="000C6758" w:rsidRDefault="00913365">
      <w:pPr>
        <w:spacing w:after="60" w:line="250" w:lineRule="auto"/>
        <w:jc w:val="both"/>
        <w:rPr>
          <w:sz w:val="22"/>
        </w:rPr>
      </w:pPr>
      <w:proofErr w:type="spellStart"/>
      <w:r w:rsidRPr="000C6758">
        <w:rPr>
          <w:b/>
          <w:sz w:val="22"/>
        </w:rPr>
        <w:t>Правни</w:t>
      </w:r>
      <w:proofErr w:type="spellEnd"/>
      <w:r w:rsidRPr="000C6758">
        <w:rPr>
          <w:b/>
          <w:sz w:val="22"/>
        </w:rPr>
        <w:t xml:space="preserve"> </w:t>
      </w:r>
      <w:proofErr w:type="spellStart"/>
      <w:r w:rsidRPr="000C6758">
        <w:rPr>
          <w:b/>
          <w:sz w:val="22"/>
        </w:rPr>
        <w:t>основ</w:t>
      </w:r>
      <w:proofErr w:type="spellEnd"/>
      <w:r w:rsidRPr="000C6758">
        <w:rPr>
          <w:b/>
          <w:sz w:val="22"/>
        </w:rPr>
        <w:t xml:space="preserve">: </w:t>
      </w:r>
      <w:proofErr w:type="spellStart"/>
      <w:r w:rsidRPr="000C6758">
        <w:rPr>
          <w:sz w:val="22"/>
        </w:rPr>
        <w:t>Претплатна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паркинг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карта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издаје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се</w:t>
      </w:r>
      <w:proofErr w:type="spellEnd"/>
      <w:r w:rsidRPr="000C6758">
        <w:rPr>
          <w:sz w:val="22"/>
        </w:rPr>
        <w:t xml:space="preserve"> у </w:t>
      </w:r>
      <w:proofErr w:type="spellStart"/>
      <w:r w:rsidRPr="000C6758">
        <w:rPr>
          <w:sz w:val="22"/>
        </w:rPr>
        <w:t>складу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са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чл</w:t>
      </w:r>
      <w:proofErr w:type="spellEnd"/>
      <w:r w:rsidRPr="000C6758">
        <w:rPr>
          <w:sz w:val="22"/>
        </w:rPr>
        <w:t xml:space="preserve">. 8. и 12. </w:t>
      </w:r>
      <w:proofErr w:type="spellStart"/>
      <w:r w:rsidRPr="000C6758">
        <w:rPr>
          <w:sz w:val="22"/>
        </w:rPr>
        <w:t>важеће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Одлуке</w:t>
      </w:r>
      <w:proofErr w:type="spellEnd"/>
      <w:r w:rsidRPr="000C6758">
        <w:rPr>
          <w:sz w:val="22"/>
        </w:rPr>
        <w:t xml:space="preserve"> о </w:t>
      </w:r>
      <w:proofErr w:type="spellStart"/>
      <w:r w:rsidRPr="000C6758">
        <w:rPr>
          <w:sz w:val="22"/>
        </w:rPr>
        <w:t>паркирању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на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паркиралиштима</w:t>
      </w:r>
      <w:proofErr w:type="spellEnd"/>
      <w:r w:rsidRPr="000C6758">
        <w:rPr>
          <w:sz w:val="22"/>
        </w:rPr>
        <w:t xml:space="preserve"> у </w:t>
      </w:r>
      <w:proofErr w:type="spellStart"/>
      <w:r w:rsidRPr="000C6758">
        <w:rPr>
          <w:sz w:val="22"/>
        </w:rPr>
        <w:t>граду</w:t>
      </w:r>
      <w:proofErr w:type="spellEnd"/>
      <w:r w:rsidRPr="000C6758">
        <w:rPr>
          <w:sz w:val="22"/>
        </w:rPr>
        <w:t xml:space="preserve"> Зворнику, </w:t>
      </w:r>
      <w:proofErr w:type="spellStart"/>
      <w:r w:rsidRPr="000C6758">
        <w:rPr>
          <w:sz w:val="22"/>
        </w:rPr>
        <w:t>општим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актима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Предузећа</w:t>
      </w:r>
      <w:proofErr w:type="spellEnd"/>
      <w:r w:rsidRPr="000C6758">
        <w:rPr>
          <w:sz w:val="22"/>
        </w:rPr>
        <w:t xml:space="preserve"> и </w:t>
      </w:r>
      <w:proofErr w:type="spellStart"/>
      <w:r w:rsidRPr="000C6758">
        <w:rPr>
          <w:sz w:val="22"/>
        </w:rPr>
        <w:t>важећим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Цјеновником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услуга</w:t>
      </w:r>
      <w:proofErr w:type="spellEnd"/>
      <w:r w:rsidRPr="000C6758">
        <w:rPr>
          <w:sz w:val="22"/>
        </w:rPr>
        <w:t>.</w:t>
      </w:r>
    </w:p>
    <w:p w14:paraId="20138FAC" w14:textId="77777777" w:rsidR="00D91843" w:rsidRPr="000C6758" w:rsidRDefault="00913365">
      <w:pPr>
        <w:spacing w:after="60" w:line="250" w:lineRule="auto"/>
        <w:jc w:val="both"/>
        <w:rPr>
          <w:sz w:val="22"/>
        </w:rPr>
      </w:pPr>
      <w:proofErr w:type="spellStart"/>
      <w:r w:rsidRPr="000C6758">
        <w:rPr>
          <w:b/>
          <w:sz w:val="22"/>
        </w:rPr>
        <w:t>Важење</w:t>
      </w:r>
      <w:proofErr w:type="spellEnd"/>
      <w:r w:rsidRPr="000C6758">
        <w:rPr>
          <w:b/>
          <w:sz w:val="22"/>
        </w:rPr>
        <w:t xml:space="preserve"> </w:t>
      </w:r>
      <w:proofErr w:type="spellStart"/>
      <w:r w:rsidRPr="000C6758">
        <w:rPr>
          <w:b/>
          <w:sz w:val="22"/>
        </w:rPr>
        <w:t>карте</w:t>
      </w:r>
      <w:proofErr w:type="spellEnd"/>
      <w:r w:rsidRPr="000C6758">
        <w:rPr>
          <w:b/>
          <w:sz w:val="22"/>
        </w:rPr>
        <w:t xml:space="preserve">: </w:t>
      </w:r>
      <w:proofErr w:type="spellStart"/>
      <w:r w:rsidRPr="000C6758">
        <w:rPr>
          <w:sz w:val="22"/>
        </w:rPr>
        <w:t>Карта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важи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искључиво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за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регистарску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ознаку</w:t>
      </w:r>
      <w:proofErr w:type="spellEnd"/>
      <w:r w:rsidRPr="000C6758">
        <w:rPr>
          <w:sz w:val="22"/>
        </w:rPr>
        <w:t xml:space="preserve">, </w:t>
      </w:r>
      <w:proofErr w:type="spellStart"/>
      <w:r w:rsidRPr="000C6758">
        <w:rPr>
          <w:sz w:val="22"/>
        </w:rPr>
        <w:t>зону</w:t>
      </w:r>
      <w:proofErr w:type="spellEnd"/>
      <w:r w:rsidRPr="000C6758">
        <w:rPr>
          <w:sz w:val="22"/>
        </w:rPr>
        <w:t xml:space="preserve"> и </w:t>
      </w:r>
      <w:proofErr w:type="spellStart"/>
      <w:r w:rsidRPr="000C6758">
        <w:rPr>
          <w:sz w:val="22"/>
        </w:rPr>
        <w:t>период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наведене</w:t>
      </w:r>
      <w:proofErr w:type="spellEnd"/>
      <w:r w:rsidRPr="000C6758">
        <w:rPr>
          <w:sz w:val="22"/>
        </w:rPr>
        <w:t xml:space="preserve"> у </w:t>
      </w:r>
      <w:proofErr w:type="spellStart"/>
      <w:r w:rsidRPr="000C6758">
        <w:rPr>
          <w:sz w:val="22"/>
        </w:rPr>
        <w:t>одобреној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евиденцији</w:t>
      </w:r>
      <w:proofErr w:type="spellEnd"/>
      <w:r w:rsidRPr="000C6758">
        <w:rPr>
          <w:sz w:val="22"/>
        </w:rPr>
        <w:t xml:space="preserve">. </w:t>
      </w:r>
      <w:proofErr w:type="spellStart"/>
      <w:r w:rsidRPr="000C6758">
        <w:rPr>
          <w:sz w:val="22"/>
        </w:rPr>
        <w:t>Претплатна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карта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не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представља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резервацију</w:t>
      </w:r>
      <w:proofErr w:type="spellEnd"/>
      <w:r w:rsidRPr="000C6758">
        <w:rPr>
          <w:sz w:val="22"/>
        </w:rPr>
        <w:t xml:space="preserve"> и </w:t>
      </w:r>
      <w:proofErr w:type="spellStart"/>
      <w:r w:rsidRPr="000C6758">
        <w:rPr>
          <w:sz w:val="22"/>
        </w:rPr>
        <w:t>не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гарантује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расположиво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паркинг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мјесто</w:t>
      </w:r>
      <w:proofErr w:type="spellEnd"/>
      <w:r w:rsidRPr="000C6758">
        <w:rPr>
          <w:sz w:val="22"/>
        </w:rPr>
        <w:t>.</w:t>
      </w:r>
    </w:p>
    <w:p w14:paraId="297B8FF4" w14:textId="77777777" w:rsidR="00D91843" w:rsidRPr="000C6758" w:rsidRDefault="00913365">
      <w:pPr>
        <w:spacing w:after="60" w:line="250" w:lineRule="auto"/>
        <w:jc w:val="both"/>
        <w:rPr>
          <w:sz w:val="22"/>
        </w:rPr>
      </w:pPr>
      <w:proofErr w:type="spellStart"/>
      <w:r w:rsidRPr="000C6758">
        <w:rPr>
          <w:b/>
          <w:sz w:val="22"/>
        </w:rPr>
        <w:t>Закључење</w:t>
      </w:r>
      <w:proofErr w:type="spellEnd"/>
      <w:r w:rsidRPr="000C6758">
        <w:rPr>
          <w:b/>
          <w:sz w:val="22"/>
        </w:rPr>
        <w:t xml:space="preserve"> </w:t>
      </w:r>
      <w:proofErr w:type="spellStart"/>
      <w:r w:rsidRPr="000C6758">
        <w:rPr>
          <w:b/>
          <w:sz w:val="22"/>
        </w:rPr>
        <w:t>уговора</w:t>
      </w:r>
      <w:proofErr w:type="spellEnd"/>
      <w:r w:rsidRPr="000C6758">
        <w:rPr>
          <w:b/>
          <w:sz w:val="22"/>
        </w:rPr>
        <w:t xml:space="preserve">: </w:t>
      </w:r>
      <w:proofErr w:type="spellStart"/>
      <w:r w:rsidRPr="000C6758">
        <w:rPr>
          <w:sz w:val="22"/>
        </w:rPr>
        <w:t>Након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утврђивања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испуњености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услова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корисник</w:t>
      </w:r>
      <w:proofErr w:type="spellEnd"/>
      <w:r w:rsidRPr="000C6758">
        <w:rPr>
          <w:sz w:val="22"/>
        </w:rPr>
        <w:t xml:space="preserve"> и </w:t>
      </w:r>
      <w:proofErr w:type="spellStart"/>
      <w:r w:rsidRPr="000C6758">
        <w:rPr>
          <w:sz w:val="22"/>
        </w:rPr>
        <w:t>Предузеће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закључују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уговор</w:t>
      </w:r>
      <w:proofErr w:type="spellEnd"/>
      <w:r w:rsidRPr="000C6758">
        <w:rPr>
          <w:sz w:val="22"/>
        </w:rPr>
        <w:t xml:space="preserve"> о </w:t>
      </w:r>
      <w:proofErr w:type="spellStart"/>
      <w:r w:rsidRPr="000C6758">
        <w:rPr>
          <w:sz w:val="22"/>
        </w:rPr>
        <w:t>коришћењу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претплатне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паркинг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карте</w:t>
      </w:r>
      <w:proofErr w:type="spellEnd"/>
      <w:r w:rsidRPr="000C6758">
        <w:rPr>
          <w:sz w:val="22"/>
        </w:rPr>
        <w:t xml:space="preserve">. </w:t>
      </w:r>
      <w:proofErr w:type="spellStart"/>
      <w:r w:rsidRPr="000C6758">
        <w:rPr>
          <w:sz w:val="22"/>
        </w:rPr>
        <w:t>Карта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се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активира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након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потписивања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уговора</w:t>
      </w:r>
      <w:proofErr w:type="spellEnd"/>
      <w:r w:rsidRPr="000C6758">
        <w:rPr>
          <w:sz w:val="22"/>
        </w:rPr>
        <w:t xml:space="preserve"> и </w:t>
      </w:r>
      <w:proofErr w:type="spellStart"/>
      <w:r w:rsidRPr="000C6758">
        <w:rPr>
          <w:sz w:val="22"/>
        </w:rPr>
        <w:t>евидентирања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уплате</w:t>
      </w:r>
      <w:proofErr w:type="spellEnd"/>
      <w:r w:rsidRPr="000C6758">
        <w:rPr>
          <w:sz w:val="22"/>
        </w:rPr>
        <w:t>.</w:t>
      </w:r>
    </w:p>
    <w:p w14:paraId="044E4EA6" w14:textId="77777777" w:rsidR="00D91843" w:rsidRPr="000C6758" w:rsidRDefault="00913365">
      <w:pPr>
        <w:spacing w:after="60" w:line="250" w:lineRule="auto"/>
        <w:jc w:val="both"/>
        <w:rPr>
          <w:sz w:val="22"/>
        </w:rPr>
      </w:pPr>
      <w:proofErr w:type="spellStart"/>
      <w:r w:rsidRPr="000C6758">
        <w:rPr>
          <w:b/>
          <w:sz w:val="22"/>
        </w:rPr>
        <w:t>Поступање</w:t>
      </w:r>
      <w:proofErr w:type="spellEnd"/>
      <w:r w:rsidRPr="000C6758">
        <w:rPr>
          <w:b/>
          <w:sz w:val="22"/>
        </w:rPr>
        <w:t xml:space="preserve"> </w:t>
      </w:r>
      <w:proofErr w:type="spellStart"/>
      <w:r w:rsidRPr="000C6758">
        <w:rPr>
          <w:b/>
          <w:sz w:val="22"/>
        </w:rPr>
        <w:t>по</w:t>
      </w:r>
      <w:proofErr w:type="spellEnd"/>
      <w:r w:rsidRPr="000C6758">
        <w:rPr>
          <w:b/>
          <w:sz w:val="22"/>
        </w:rPr>
        <w:t xml:space="preserve"> </w:t>
      </w:r>
      <w:proofErr w:type="spellStart"/>
      <w:r w:rsidRPr="000C6758">
        <w:rPr>
          <w:b/>
          <w:sz w:val="22"/>
        </w:rPr>
        <w:t>захтјеву</w:t>
      </w:r>
      <w:proofErr w:type="spellEnd"/>
      <w:r w:rsidRPr="000C6758">
        <w:rPr>
          <w:b/>
          <w:sz w:val="22"/>
        </w:rPr>
        <w:t xml:space="preserve">: </w:t>
      </w:r>
      <w:proofErr w:type="spellStart"/>
      <w:r w:rsidRPr="000C6758">
        <w:rPr>
          <w:sz w:val="22"/>
        </w:rPr>
        <w:t>Предузеће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разматра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потпун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захтјев</w:t>
      </w:r>
      <w:proofErr w:type="spellEnd"/>
      <w:r w:rsidRPr="000C6758">
        <w:rPr>
          <w:sz w:val="22"/>
        </w:rPr>
        <w:t xml:space="preserve"> и </w:t>
      </w:r>
      <w:proofErr w:type="spellStart"/>
      <w:r w:rsidRPr="000C6758">
        <w:rPr>
          <w:sz w:val="22"/>
        </w:rPr>
        <w:t>обавјештава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подносиоца</w:t>
      </w:r>
      <w:proofErr w:type="spellEnd"/>
      <w:r w:rsidRPr="000C6758">
        <w:rPr>
          <w:sz w:val="22"/>
        </w:rPr>
        <w:t xml:space="preserve"> о </w:t>
      </w:r>
      <w:proofErr w:type="spellStart"/>
      <w:r w:rsidRPr="000C6758">
        <w:rPr>
          <w:sz w:val="22"/>
        </w:rPr>
        <w:t>одобрењу</w:t>
      </w:r>
      <w:proofErr w:type="spellEnd"/>
      <w:r w:rsidRPr="000C6758">
        <w:rPr>
          <w:sz w:val="22"/>
        </w:rPr>
        <w:t xml:space="preserve"> и </w:t>
      </w:r>
      <w:proofErr w:type="spellStart"/>
      <w:r w:rsidRPr="000C6758">
        <w:rPr>
          <w:sz w:val="22"/>
        </w:rPr>
        <w:t>термину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закључења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уговора</w:t>
      </w:r>
      <w:proofErr w:type="spellEnd"/>
      <w:r w:rsidRPr="000C6758">
        <w:rPr>
          <w:sz w:val="22"/>
        </w:rPr>
        <w:t xml:space="preserve">. </w:t>
      </w:r>
      <w:proofErr w:type="spellStart"/>
      <w:r w:rsidRPr="000C6758">
        <w:rPr>
          <w:sz w:val="22"/>
        </w:rPr>
        <w:t>Ако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захтјев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није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потпун</w:t>
      </w:r>
      <w:proofErr w:type="spellEnd"/>
      <w:r w:rsidRPr="000C6758">
        <w:rPr>
          <w:sz w:val="22"/>
        </w:rPr>
        <w:t xml:space="preserve">, </w:t>
      </w:r>
      <w:proofErr w:type="spellStart"/>
      <w:r w:rsidRPr="000C6758">
        <w:rPr>
          <w:sz w:val="22"/>
        </w:rPr>
        <w:t>подносилац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ће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бити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позван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да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га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допуни</w:t>
      </w:r>
      <w:proofErr w:type="spellEnd"/>
      <w:r w:rsidRPr="000C6758">
        <w:rPr>
          <w:sz w:val="22"/>
        </w:rPr>
        <w:t xml:space="preserve">. </w:t>
      </w:r>
      <w:proofErr w:type="spellStart"/>
      <w:r w:rsidRPr="000C6758">
        <w:rPr>
          <w:sz w:val="22"/>
        </w:rPr>
        <w:t>До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активирања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карте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корисник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је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дужан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плаћати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паркирање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на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редован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начин</w:t>
      </w:r>
      <w:proofErr w:type="spellEnd"/>
      <w:r w:rsidRPr="000C6758">
        <w:rPr>
          <w:sz w:val="22"/>
        </w:rPr>
        <w:t>.</w:t>
      </w:r>
    </w:p>
    <w:tbl>
      <w:tblPr>
        <w:tblW w:w="9979" w:type="dxa"/>
        <w:tblLayout w:type="fixed"/>
        <w:tblLook w:val="04A0" w:firstRow="1" w:lastRow="0" w:firstColumn="1" w:lastColumn="0" w:noHBand="0" w:noVBand="1"/>
      </w:tblPr>
      <w:tblGrid>
        <w:gridCol w:w="2374"/>
        <w:gridCol w:w="7575"/>
        <w:gridCol w:w="30"/>
      </w:tblGrid>
      <w:tr w:rsidR="00D91843" w:rsidRPr="000C6758" w14:paraId="6DAEDB18" w14:textId="77777777">
        <w:trPr>
          <w:gridAfter w:val="1"/>
          <w:wAfter w:w="30" w:type="dxa"/>
        </w:trPr>
        <w:tc>
          <w:tcPr>
            <w:tcW w:w="9978" w:type="dxa"/>
            <w:gridSpan w:val="2"/>
            <w:tcBorders>
              <w:top w:val="single" w:sz="6" w:space="0" w:color="3F5F78"/>
              <w:left w:val="single" w:sz="6" w:space="0" w:color="3F5F78"/>
              <w:bottom w:val="single" w:sz="6" w:space="0" w:color="3F5F78"/>
              <w:right w:val="single" w:sz="6" w:space="0" w:color="3F5F78"/>
            </w:tcBorders>
            <w:shd w:val="clear" w:color="auto" w:fill="EAF0F4"/>
            <w:tcMar>
              <w:top w:w="65" w:type="dxa"/>
              <w:left w:w="110" w:type="dxa"/>
              <w:bottom w:w="55" w:type="dxa"/>
              <w:right w:w="90" w:type="dxa"/>
            </w:tcMar>
          </w:tcPr>
          <w:p w14:paraId="4B2BE2F6" w14:textId="77777777" w:rsidR="00D91843" w:rsidRPr="000C6758" w:rsidRDefault="00913365">
            <w:pPr>
              <w:spacing w:after="0" w:line="240" w:lineRule="auto"/>
              <w:rPr>
                <w:sz w:val="22"/>
              </w:rPr>
            </w:pPr>
            <w:r w:rsidRPr="000C6758">
              <w:rPr>
                <w:b/>
                <w:sz w:val="22"/>
              </w:rPr>
              <w:t>ПОДАЦИ ЗА УПЛАТУ</w:t>
            </w:r>
          </w:p>
        </w:tc>
      </w:tr>
      <w:tr w:rsidR="00D91843" w:rsidRPr="000C6758" w14:paraId="2C16D425" w14:textId="77777777">
        <w:tc>
          <w:tcPr>
            <w:tcW w:w="2381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E7E7E7"/>
            <w:tcMar>
              <w:top w:w="50" w:type="dxa"/>
              <w:left w:w="80" w:type="dxa"/>
              <w:bottom w:w="45" w:type="dxa"/>
              <w:right w:w="80" w:type="dxa"/>
            </w:tcMar>
            <w:vAlign w:val="center"/>
          </w:tcPr>
          <w:p w14:paraId="68181EDA" w14:textId="77777777" w:rsidR="00D91843" w:rsidRPr="000C6758" w:rsidRDefault="00913365">
            <w:pPr>
              <w:spacing w:after="0" w:line="240" w:lineRule="auto"/>
              <w:rPr>
                <w:sz w:val="22"/>
              </w:rPr>
            </w:pPr>
            <w:proofErr w:type="spellStart"/>
            <w:r w:rsidRPr="000C6758">
              <w:rPr>
                <w:b/>
                <w:sz w:val="22"/>
              </w:rPr>
              <w:t>Прималац</w:t>
            </w:r>
            <w:proofErr w:type="spellEnd"/>
          </w:p>
        </w:tc>
        <w:tc>
          <w:tcPr>
            <w:tcW w:w="7597" w:type="dxa"/>
            <w:gridSpan w:val="2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tcMar>
              <w:top w:w="50" w:type="dxa"/>
              <w:left w:w="80" w:type="dxa"/>
              <w:bottom w:w="45" w:type="dxa"/>
              <w:right w:w="80" w:type="dxa"/>
            </w:tcMar>
            <w:vAlign w:val="center"/>
          </w:tcPr>
          <w:p w14:paraId="00648A35" w14:textId="77777777" w:rsidR="00D91843" w:rsidRPr="000C6758" w:rsidRDefault="00913365">
            <w:pPr>
              <w:spacing w:after="0" w:line="240" w:lineRule="auto"/>
              <w:rPr>
                <w:sz w:val="22"/>
              </w:rPr>
            </w:pPr>
            <w:r w:rsidRPr="000C6758">
              <w:rPr>
                <w:sz w:val="22"/>
              </w:rPr>
              <w:t>ЈП „</w:t>
            </w:r>
            <w:proofErr w:type="spellStart"/>
            <w:r w:rsidRPr="000C6758">
              <w:rPr>
                <w:sz w:val="22"/>
              </w:rPr>
              <w:t>Паркинг</w:t>
            </w:r>
            <w:proofErr w:type="spellEnd"/>
            <w:r w:rsidRPr="000C6758">
              <w:rPr>
                <w:sz w:val="22"/>
              </w:rPr>
              <w:t xml:space="preserve"> </w:t>
            </w:r>
            <w:proofErr w:type="spellStart"/>
            <w:r w:rsidRPr="000C6758">
              <w:rPr>
                <w:sz w:val="22"/>
              </w:rPr>
              <w:t>сервис</w:t>
            </w:r>
            <w:proofErr w:type="spellEnd"/>
            <w:r w:rsidRPr="000C6758">
              <w:rPr>
                <w:sz w:val="22"/>
              </w:rPr>
              <w:t xml:space="preserve">“ </w:t>
            </w:r>
            <w:proofErr w:type="spellStart"/>
            <w:r w:rsidRPr="000C6758">
              <w:rPr>
                <w:sz w:val="22"/>
              </w:rPr>
              <w:t>д.о.о</w:t>
            </w:r>
            <w:proofErr w:type="spellEnd"/>
            <w:r w:rsidRPr="000C6758">
              <w:rPr>
                <w:sz w:val="22"/>
              </w:rPr>
              <w:t xml:space="preserve">. </w:t>
            </w:r>
            <w:proofErr w:type="spellStart"/>
            <w:r w:rsidRPr="000C6758">
              <w:rPr>
                <w:sz w:val="22"/>
              </w:rPr>
              <w:t>Зворник</w:t>
            </w:r>
            <w:proofErr w:type="spellEnd"/>
          </w:p>
        </w:tc>
      </w:tr>
      <w:tr w:rsidR="00D91843" w:rsidRPr="000C6758" w14:paraId="5E8630B8" w14:textId="77777777">
        <w:tc>
          <w:tcPr>
            <w:tcW w:w="2381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E7E7E7"/>
            <w:tcMar>
              <w:top w:w="50" w:type="dxa"/>
              <w:left w:w="80" w:type="dxa"/>
              <w:bottom w:w="45" w:type="dxa"/>
              <w:right w:w="80" w:type="dxa"/>
            </w:tcMar>
            <w:vAlign w:val="center"/>
          </w:tcPr>
          <w:p w14:paraId="02D54E76" w14:textId="77777777" w:rsidR="00D91843" w:rsidRPr="000C6758" w:rsidRDefault="00913365">
            <w:pPr>
              <w:spacing w:after="0" w:line="240" w:lineRule="auto"/>
              <w:rPr>
                <w:sz w:val="22"/>
              </w:rPr>
            </w:pPr>
            <w:proofErr w:type="spellStart"/>
            <w:r w:rsidRPr="000C6758">
              <w:rPr>
                <w:b/>
                <w:sz w:val="22"/>
              </w:rPr>
              <w:t>Трансакциони</w:t>
            </w:r>
            <w:proofErr w:type="spellEnd"/>
            <w:r w:rsidRPr="000C6758">
              <w:rPr>
                <w:b/>
                <w:sz w:val="22"/>
              </w:rPr>
              <w:t xml:space="preserve"> </w:t>
            </w:r>
            <w:proofErr w:type="spellStart"/>
            <w:r w:rsidRPr="000C6758">
              <w:rPr>
                <w:b/>
                <w:sz w:val="22"/>
              </w:rPr>
              <w:t>рачун</w:t>
            </w:r>
            <w:proofErr w:type="spellEnd"/>
          </w:p>
        </w:tc>
        <w:tc>
          <w:tcPr>
            <w:tcW w:w="7597" w:type="dxa"/>
            <w:gridSpan w:val="2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tcMar>
              <w:top w:w="50" w:type="dxa"/>
              <w:left w:w="80" w:type="dxa"/>
              <w:bottom w:w="45" w:type="dxa"/>
              <w:right w:w="80" w:type="dxa"/>
            </w:tcMar>
            <w:vAlign w:val="center"/>
          </w:tcPr>
          <w:p w14:paraId="4C2FBD83" w14:textId="77777777" w:rsidR="00D91843" w:rsidRPr="000C6758" w:rsidRDefault="00913365">
            <w:pPr>
              <w:spacing w:after="0" w:line="240" w:lineRule="auto"/>
              <w:rPr>
                <w:sz w:val="22"/>
              </w:rPr>
            </w:pPr>
            <w:r w:rsidRPr="000C6758">
              <w:rPr>
                <w:sz w:val="22"/>
              </w:rPr>
              <w:t>572-286-00012395-71</w:t>
            </w:r>
          </w:p>
        </w:tc>
      </w:tr>
      <w:tr w:rsidR="00D91843" w:rsidRPr="000C6758" w14:paraId="05403F71" w14:textId="77777777">
        <w:tc>
          <w:tcPr>
            <w:tcW w:w="2381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E7E7E7"/>
            <w:tcMar>
              <w:top w:w="50" w:type="dxa"/>
              <w:left w:w="80" w:type="dxa"/>
              <w:bottom w:w="45" w:type="dxa"/>
              <w:right w:w="80" w:type="dxa"/>
            </w:tcMar>
            <w:vAlign w:val="center"/>
          </w:tcPr>
          <w:p w14:paraId="5D07E36D" w14:textId="77777777" w:rsidR="00D91843" w:rsidRPr="000C6758" w:rsidRDefault="00913365">
            <w:pPr>
              <w:spacing w:after="0" w:line="240" w:lineRule="auto"/>
              <w:rPr>
                <w:sz w:val="22"/>
              </w:rPr>
            </w:pPr>
            <w:proofErr w:type="spellStart"/>
            <w:r w:rsidRPr="000C6758">
              <w:rPr>
                <w:b/>
                <w:sz w:val="22"/>
              </w:rPr>
              <w:t>Банка</w:t>
            </w:r>
            <w:proofErr w:type="spellEnd"/>
          </w:p>
        </w:tc>
        <w:tc>
          <w:tcPr>
            <w:tcW w:w="7597" w:type="dxa"/>
            <w:gridSpan w:val="2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tcMar>
              <w:top w:w="50" w:type="dxa"/>
              <w:left w:w="80" w:type="dxa"/>
              <w:bottom w:w="45" w:type="dxa"/>
              <w:right w:w="80" w:type="dxa"/>
            </w:tcMar>
            <w:vAlign w:val="center"/>
          </w:tcPr>
          <w:p w14:paraId="12ACAB9C" w14:textId="77777777" w:rsidR="00D91843" w:rsidRPr="000C6758" w:rsidRDefault="00913365">
            <w:pPr>
              <w:spacing w:after="0" w:line="240" w:lineRule="auto"/>
              <w:rPr>
                <w:sz w:val="22"/>
              </w:rPr>
            </w:pPr>
            <w:r w:rsidRPr="000C6758">
              <w:rPr>
                <w:sz w:val="22"/>
              </w:rPr>
              <w:t xml:space="preserve">МФ </w:t>
            </w:r>
            <w:proofErr w:type="spellStart"/>
            <w:r w:rsidRPr="000C6758">
              <w:rPr>
                <w:sz w:val="22"/>
              </w:rPr>
              <w:t>банка</w:t>
            </w:r>
            <w:proofErr w:type="spellEnd"/>
            <w:r w:rsidRPr="000C6758">
              <w:rPr>
                <w:sz w:val="22"/>
              </w:rPr>
              <w:t xml:space="preserve"> </w:t>
            </w:r>
            <w:proofErr w:type="spellStart"/>
            <w:r w:rsidRPr="000C6758">
              <w:rPr>
                <w:sz w:val="22"/>
              </w:rPr>
              <w:t>а.д</w:t>
            </w:r>
            <w:proofErr w:type="spellEnd"/>
            <w:r w:rsidRPr="000C6758">
              <w:rPr>
                <w:sz w:val="22"/>
              </w:rPr>
              <w:t xml:space="preserve">. </w:t>
            </w:r>
            <w:proofErr w:type="spellStart"/>
            <w:r w:rsidRPr="000C6758">
              <w:rPr>
                <w:sz w:val="22"/>
              </w:rPr>
              <w:t>Бања</w:t>
            </w:r>
            <w:proofErr w:type="spellEnd"/>
            <w:r w:rsidRPr="000C6758">
              <w:rPr>
                <w:sz w:val="22"/>
              </w:rPr>
              <w:t xml:space="preserve"> </w:t>
            </w:r>
            <w:proofErr w:type="spellStart"/>
            <w:r w:rsidRPr="000C6758">
              <w:rPr>
                <w:sz w:val="22"/>
              </w:rPr>
              <w:t>Лука</w:t>
            </w:r>
            <w:proofErr w:type="spellEnd"/>
          </w:p>
        </w:tc>
      </w:tr>
      <w:tr w:rsidR="00D91843" w:rsidRPr="000C6758" w14:paraId="25994C99" w14:textId="77777777">
        <w:tc>
          <w:tcPr>
            <w:tcW w:w="2381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E7E7E7"/>
            <w:tcMar>
              <w:top w:w="50" w:type="dxa"/>
              <w:left w:w="80" w:type="dxa"/>
              <w:bottom w:w="45" w:type="dxa"/>
              <w:right w:w="80" w:type="dxa"/>
            </w:tcMar>
            <w:vAlign w:val="center"/>
          </w:tcPr>
          <w:p w14:paraId="0CCE7545" w14:textId="77777777" w:rsidR="00D91843" w:rsidRPr="000C6758" w:rsidRDefault="00913365">
            <w:pPr>
              <w:spacing w:after="0" w:line="240" w:lineRule="auto"/>
              <w:rPr>
                <w:sz w:val="22"/>
              </w:rPr>
            </w:pPr>
            <w:proofErr w:type="spellStart"/>
            <w:r w:rsidRPr="000C6758">
              <w:rPr>
                <w:b/>
                <w:sz w:val="22"/>
              </w:rPr>
              <w:t>Сврха</w:t>
            </w:r>
            <w:proofErr w:type="spellEnd"/>
            <w:r w:rsidRPr="000C6758">
              <w:rPr>
                <w:b/>
                <w:sz w:val="22"/>
              </w:rPr>
              <w:t xml:space="preserve"> </w:t>
            </w:r>
            <w:proofErr w:type="spellStart"/>
            <w:r w:rsidRPr="000C6758">
              <w:rPr>
                <w:b/>
                <w:sz w:val="22"/>
              </w:rPr>
              <w:t>уплате</w:t>
            </w:r>
            <w:proofErr w:type="spellEnd"/>
          </w:p>
        </w:tc>
        <w:tc>
          <w:tcPr>
            <w:tcW w:w="7597" w:type="dxa"/>
            <w:gridSpan w:val="2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tcMar>
              <w:top w:w="50" w:type="dxa"/>
              <w:left w:w="80" w:type="dxa"/>
              <w:bottom w:w="45" w:type="dxa"/>
              <w:right w:w="80" w:type="dxa"/>
            </w:tcMar>
            <w:vAlign w:val="center"/>
          </w:tcPr>
          <w:p w14:paraId="677599C7" w14:textId="77777777" w:rsidR="00D91843" w:rsidRPr="000C6758" w:rsidRDefault="00913365">
            <w:pPr>
              <w:spacing w:after="0" w:line="240" w:lineRule="auto"/>
              <w:rPr>
                <w:sz w:val="22"/>
              </w:rPr>
            </w:pPr>
            <w:proofErr w:type="spellStart"/>
            <w:r w:rsidRPr="000C6758">
              <w:rPr>
                <w:sz w:val="22"/>
              </w:rPr>
              <w:t>Претплатна</w:t>
            </w:r>
            <w:proofErr w:type="spellEnd"/>
            <w:r w:rsidRPr="000C6758">
              <w:rPr>
                <w:sz w:val="22"/>
              </w:rPr>
              <w:t xml:space="preserve"> </w:t>
            </w:r>
            <w:proofErr w:type="spellStart"/>
            <w:r w:rsidRPr="000C6758">
              <w:rPr>
                <w:sz w:val="22"/>
              </w:rPr>
              <w:t>паркинг</w:t>
            </w:r>
            <w:proofErr w:type="spellEnd"/>
            <w:r w:rsidRPr="000C6758">
              <w:rPr>
                <w:sz w:val="22"/>
              </w:rPr>
              <w:t xml:space="preserve"> </w:t>
            </w:r>
            <w:proofErr w:type="spellStart"/>
            <w:r w:rsidRPr="000C6758">
              <w:rPr>
                <w:sz w:val="22"/>
              </w:rPr>
              <w:t>карта</w:t>
            </w:r>
            <w:proofErr w:type="spellEnd"/>
            <w:r w:rsidRPr="000C6758">
              <w:rPr>
                <w:sz w:val="22"/>
              </w:rPr>
              <w:t xml:space="preserve"> - </w:t>
            </w:r>
            <w:proofErr w:type="spellStart"/>
            <w:r w:rsidRPr="000C6758">
              <w:rPr>
                <w:sz w:val="22"/>
              </w:rPr>
              <w:t>име</w:t>
            </w:r>
            <w:proofErr w:type="spellEnd"/>
            <w:r w:rsidRPr="000C6758">
              <w:rPr>
                <w:sz w:val="22"/>
              </w:rPr>
              <w:t>/</w:t>
            </w:r>
            <w:proofErr w:type="spellStart"/>
            <w:r w:rsidRPr="000C6758">
              <w:rPr>
                <w:sz w:val="22"/>
              </w:rPr>
              <w:t>назив</w:t>
            </w:r>
            <w:proofErr w:type="spellEnd"/>
            <w:r w:rsidRPr="000C6758">
              <w:rPr>
                <w:sz w:val="22"/>
              </w:rPr>
              <w:t xml:space="preserve"> и </w:t>
            </w:r>
            <w:proofErr w:type="spellStart"/>
            <w:r w:rsidRPr="000C6758">
              <w:rPr>
                <w:sz w:val="22"/>
              </w:rPr>
              <w:t>регистарска</w:t>
            </w:r>
            <w:proofErr w:type="spellEnd"/>
            <w:r w:rsidRPr="000C6758">
              <w:rPr>
                <w:sz w:val="22"/>
              </w:rPr>
              <w:t xml:space="preserve"> </w:t>
            </w:r>
            <w:proofErr w:type="spellStart"/>
            <w:r w:rsidRPr="000C6758">
              <w:rPr>
                <w:sz w:val="22"/>
              </w:rPr>
              <w:t>ознака</w:t>
            </w:r>
            <w:proofErr w:type="spellEnd"/>
          </w:p>
        </w:tc>
      </w:tr>
    </w:tbl>
    <w:p w14:paraId="051C533E" w14:textId="77777777" w:rsidR="00D91843" w:rsidRPr="000C6758" w:rsidRDefault="00D91843">
      <w:pPr>
        <w:spacing w:after="20"/>
        <w:rPr>
          <w:sz w:val="22"/>
        </w:rPr>
      </w:pPr>
    </w:p>
    <w:p w14:paraId="2AB213D8" w14:textId="77777777" w:rsidR="00D91843" w:rsidRPr="000C6758" w:rsidRDefault="00913365">
      <w:pPr>
        <w:spacing w:after="60" w:line="250" w:lineRule="auto"/>
        <w:jc w:val="both"/>
        <w:rPr>
          <w:sz w:val="22"/>
          <w:lang w:val="sr-Cyrl-RS"/>
        </w:rPr>
      </w:pPr>
      <w:proofErr w:type="spellStart"/>
      <w:r w:rsidRPr="000C6758">
        <w:rPr>
          <w:b/>
          <w:sz w:val="22"/>
        </w:rPr>
        <w:t>Изјава</w:t>
      </w:r>
      <w:proofErr w:type="spellEnd"/>
      <w:r w:rsidRPr="000C6758">
        <w:rPr>
          <w:b/>
          <w:sz w:val="22"/>
        </w:rPr>
        <w:t xml:space="preserve"> </w:t>
      </w:r>
      <w:proofErr w:type="spellStart"/>
      <w:r w:rsidRPr="000C6758">
        <w:rPr>
          <w:b/>
          <w:sz w:val="22"/>
        </w:rPr>
        <w:t>подносиоца</w:t>
      </w:r>
      <w:proofErr w:type="spellEnd"/>
      <w:r w:rsidRPr="000C6758">
        <w:rPr>
          <w:b/>
          <w:sz w:val="22"/>
        </w:rPr>
        <w:t xml:space="preserve">: </w:t>
      </w:r>
      <w:proofErr w:type="spellStart"/>
      <w:r w:rsidRPr="000C6758">
        <w:rPr>
          <w:sz w:val="22"/>
        </w:rPr>
        <w:t>Потписом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потврђујем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да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су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наведени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подаци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тачни</w:t>
      </w:r>
      <w:proofErr w:type="spellEnd"/>
      <w:r w:rsidRPr="000C6758">
        <w:rPr>
          <w:sz w:val="22"/>
        </w:rPr>
        <w:t xml:space="preserve"> и </w:t>
      </w:r>
      <w:proofErr w:type="spellStart"/>
      <w:r w:rsidRPr="000C6758">
        <w:rPr>
          <w:sz w:val="22"/>
        </w:rPr>
        <w:t>да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су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приложене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исправе</w:t>
      </w:r>
      <w:proofErr w:type="spellEnd"/>
      <w:r w:rsidRPr="000C6758">
        <w:rPr>
          <w:sz w:val="22"/>
        </w:rPr>
        <w:t xml:space="preserve"> </w:t>
      </w:r>
      <w:proofErr w:type="spellStart"/>
      <w:r w:rsidRPr="000C6758">
        <w:rPr>
          <w:sz w:val="22"/>
        </w:rPr>
        <w:t>вјеродостојне</w:t>
      </w:r>
      <w:proofErr w:type="spellEnd"/>
      <w:r w:rsidRPr="000C6758">
        <w:rPr>
          <w:sz w:val="22"/>
        </w:rPr>
        <w:t>.</w:t>
      </w:r>
    </w:p>
    <w:p w14:paraId="0DE6E2E1" w14:textId="77777777" w:rsidR="00496C13" w:rsidRPr="000C6758" w:rsidRDefault="00496C13">
      <w:pPr>
        <w:spacing w:after="60" w:line="250" w:lineRule="auto"/>
        <w:jc w:val="both"/>
        <w:rPr>
          <w:sz w:val="22"/>
          <w:lang w:val="sr-Cyrl-RS"/>
        </w:rPr>
      </w:pPr>
    </w:p>
    <w:p w14:paraId="5B010BA5" w14:textId="77777777" w:rsidR="00496C13" w:rsidRPr="000C6758" w:rsidRDefault="00496C13">
      <w:pPr>
        <w:spacing w:after="60" w:line="250" w:lineRule="auto"/>
        <w:jc w:val="both"/>
        <w:rPr>
          <w:sz w:val="22"/>
          <w:lang w:val="sr-Cyrl-RS"/>
        </w:rPr>
      </w:pPr>
    </w:p>
    <w:tbl>
      <w:tblPr>
        <w:tblW w:w="9980" w:type="dxa"/>
        <w:tblLayout w:type="fixed"/>
        <w:tblLook w:val="04A0" w:firstRow="1" w:lastRow="0" w:firstColumn="1" w:lastColumn="0" w:noHBand="0" w:noVBand="1"/>
      </w:tblPr>
      <w:tblGrid>
        <w:gridCol w:w="4990"/>
        <w:gridCol w:w="4990"/>
      </w:tblGrid>
      <w:tr w:rsidR="00D91843" w:rsidRPr="000C6758" w14:paraId="644C362A" w14:textId="77777777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tcMar>
              <w:top w:w="35" w:type="dxa"/>
              <w:left w:w="0" w:type="dxa"/>
              <w:bottom w:w="25" w:type="dxa"/>
              <w:right w:w="0" w:type="dxa"/>
            </w:tcMar>
          </w:tcPr>
          <w:p w14:paraId="0CB0004A" w14:textId="77777777" w:rsidR="00D91843" w:rsidRPr="000C6758" w:rsidRDefault="00913365">
            <w:pPr>
              <w:spacing w:after="0" w:line="240" w:lineRule="auto"/>
              <w:rPr>
                <w:sz w:val="22"/>
              </w:rPr>
            </w:pPr>
            <w:proofErr w:type="spellStart"/>
            <w:r w:rsidRPr="000C6758">
              <w:rPr>
                <w:sz w:val="22"/>
              </w:rPr>
              <w:t>Зворник</w:t>
            </w:r>
            <w:proofErr w:type="spellEnd"/>
            <w:r w:rsidRPr="000C6758">
              <w:rPr>
                <w:sz w:val="22"/>
              </w:rPr>
              <w:t xml:space="preserve">, ____________________. </w:t>
            </w:r>
            <w:proofErr w:type="spellStart"/>
            <w:r w:rsidRPr="000C6758">
              <w:rPr>
                <w:sz w:val="22"/>
              </w:rPr>
              <w:t>године</w:t>
            </w:r>
            <w:proofErr w:type="spellEnd"/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tcMar>
              <w:top w:w="35" w:type="dxa"/>
              <w:left w:w="0" w:type="dxa"/>
              <w:bottom w:w="25" w:type="dxa"/>
              <w:right w:w="0" w:type="dxa"/>
            </w:tcMar>
          </w:tcPr>
          <w:p w14:paraId="5707E0E9" w14:textId="77777777" w:rsidR="00D91843" w:rsidRPr="000C6758" w:rsidRDefault="00913365">
            <w:pPr>
              <w:spacing w:after="0" w:line="240" w:lineRule="auto"/>
              <w:jc w:val="center"/>
              <w:rPr>
                <w:sz w:val="22"/>
              </w:rPr>
            </w:pPr>
            <w:proofErr w:type="spellStart"/>
            <w:r w:rsidRPr="000C6758">
              <w:rPr>
                <w:sz w:val="22"/>
              </w:rPr>
              <w:t>Потпис</w:t>
            </w:r>
            <w:proofErr w:type="spellEnd"/>
            <w:r w:rsidRPr="000C6758">
              <w:rPr>
                <w:sz w:val="22"/>
              </w:rPr>
              <w:t xml:space="preserve"> </w:t>
            </w:r>
            <w:proofErr w:type="spellStart"/>
            <w:r w:rsidRPr="000C6758">
              <w:rPr>
                <w:sz w:val="22"/>
              </w:rPr>
              <w:t>подносиоца</w:t>
            </w:r>
            <w:proofErr w:type="spellEnd"/>
            <w:r w:rsidRPr="000C6758">
              <w:rPr>
                <w:sz w:val="22"/>
              </w:rPr>
              <w:t>/</w:t>
            </w:r>
            <w:proofErr w:type="spellStart"/>
            <w:r w:rsidRPr="000C6758">
              <w:rPr>
                <w:sz w:val="22"/>
              </w:rPr>
              <w:t>овлашћеног</w:t>
            </w:r>
            <w:proofErr w:type="spellEnd"/>
            <w:r w:rsidRPr="000C6758">
              <w:rPr>
                <w:sz w:val="22"/>
              </w:rPr>
              <w:t xml:space="preserve"> </w:t>
            </w:r>
            <w:proofErr w:type="spellStart"/>
            <w:r w:rsidRPr="000C6758">
              <w:rPr>
                <w:sz w:val="22"/>
              </w:rPr>
              <w:t>лица</w:t>
            </w:r>
            <w:proofErr w:type="spellEnd"/>
          </w:p>
        </w:tc>
      </w:tr>
      <w:tr w:rsidR="00D91843" w:rsidRPr="000C6758" w14:paraId="34B8C1E0" w14:textId="77777777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tcMar>
              <w:top w:w="35" w:type="dxa"/>
              <w:left w:w="0" w:type="dxa"/>
              <w:bottom w:w="25" w:type="dxa"/>
              <w:right w:w="0" w:type="dxa"/>
            </w:tcMar>
          </w:tcPr>
          <w:p w14:paraId="5AC6DC32" w14:textId="77777777" w:rsidR="00D91843" w:rsidRPr="000C6758" w:rsidRDefault="00D91843">
            <w:pPr>
              <w:rPr>
                <w:sz w:val="22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tcMar>
              <w:top w:w="35" w:type="dxa"/>
              <w:left w:w="0" w:type="dxa"/>
              <w:bottom w:w="25" w:type="dxa"/>
              <w:right w:w="0" w:type="dxa"/>
            </w:tcMar>
          </w:tcPr>
          <w:p w14:paraId="19FA5C6F" w14:textId="77777777" w:rsidR="00D91843" w:rsidRPr="000C6758" w:rsidRDefault="00913365">
            <w:pPr>
              <w:spacing w:before="80" w:after="0" w:line="240" w:lineRule="auto"/>
              <w:jc w:val="center"/>
              <w:rPr>
                <w:sz w:val="22"/>
              </w:rPr>
            </w:pPr>
            <w:r w:rsidRPr="000C6758">
              <w:rPr>
                <w:sz w:val="22"/>
              </w:rPr>
              <w:t>________________________________</w:t>
            </w:r>
          </w:p>
        </w:tc>
      </w:tr>
    </w:tbl>
    <w:p w14:paraId="223DA98B" w14:textId="77777777" w:rsidR="00913365" w:rsidRPr="000C6758" w:rsidRDefault="00913365">
      <w:pPr>
        <w:rPr>
          <w:sz w:val="22"/>
        </w:rPr>
      </w:pPr>
    </w:p>
    <w:sectPr w:rsidR="00913365" w:rsidRPr="000C6758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2" w:right="964" w:bottom="822" w:left="964" w:header="312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DA0CF" w14:textId="77777777" w:rsidR="00A732FD" w:rsidRDefault="00A732FD">
      <w:pPr>
        <w:spacing w:after="0" w:line="240" w:lineRule="auto"/>
      </w:pPr>
      <w:r>
        <w:separator/>
      </w:r>
    </w:p>
  </w:endnote>
  <w:endnote w:type="continuationSeparator" w:id="0">
    <w:p w14:paraId="568BBD4D" w14:textId="77777777" w:rsidR="00A732FD" w:rsidRDefault="00A73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BE781" w14:textId="77777777" w:rsidR="006F4308" w:rsidRDefault="006F43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632E3" w14:textId="77777777" w:rsidR="006F4308" w:rsidRDefault="006F43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83A69" w14:textId="77777777" w:rsidR="006F4308" w:rsidRDefault="006F43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B9002" w14:textId="77777777" w:rsidR="00A732FD" w:rsidRDefault="00A732FD">
      <w:pPr>
        <w:spacing w:after="0" w:line="240" w:lineRule="auto"/>
      </w:pPr>
      <w:r>
        <w:separator/>
      </w:r>
    </w:p>
  </w:footnote>
  <w:footnote w:type="continuationSeparator" w:id="0">
    <w:p w14:paraId="7CA74A35" w14:textId="77777777" w:rsidR="00A732FD" w:rsidRDefault="00A73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2BE2D" w14:textId="77777777" w:rsidR="006F4308" w:rsidRDefault="006F43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F56E4" w14:textId="77777777" w:rsidR="00D91843" w:rsidRDefault="00D91843">
    <w:pPr>
      <w:pStyle w:val="Header"/>
    </w:pPr>
  </w:p>
  <w:tbl>
    <w:tblPr>
      <w:tblW w:w="9979" w:type="dxa"/>
      <w:tblLayout w:type="fixed"/>
      <w:tblLook w:val="04A0" w:firstRow="1" w:lastRow="0" w:firstColumn="1" w:lastColumn="0" w:noHBand="0" w:noVBand="1"/>
    </w:tblPr>
    <w:tblGrid>
      <w:gridCol w:w="7881"/>
      <w:gridCol w:w="2098"/>
    </w:tblGrid>
    <w:tr w:rsidR="00D91843" w14:paraId="3132A938" w14:textId="77777777">
      <w:tc>
        <w:tcPr>
          <w:tcW w:w="7880" w:type="dxa"/>
          <w:tcBorders>
            <w:top w:val="single" w:sz="9" w:space="0" w:color="3F5F78"/>
            <w:left w:val="single" w:sz="9" w:space="0" w:color="3F5F78"/>
            <w:bottom w:val="single" w:sz="9" w:space="0" w:color="3F5F78"/>
            <w:right w:val="single" w:sz="9" w:space="0" w:color="3F5F78"/>
          </w:tcBorders>
          <w:tcMar>
            <w:top w:w="80" w:type="dxa"/>
            <w:left w:w="120" w:type="dxa"/>
            <w:bottom w:w="75" w:type="dxa"/>
            <w:right w:w="100" w:type="dxa"/>
          </w:tcMar>
        </w:tcPr>
        <w:p w14:paraId="2D653748" w14:textId="77777777" w:rsidR="00D91843" w:rsidRPr="000C6758" w:rsidRDefault="00913365">
          <w:pPr>
            <w:spacing w:after="20" w:line="240" w:lineRule="auto"/>
            <w:rPr>
              <w:szCs w:val="20"/>
            </w:rPr>
          </w:pPr>
          <w:r w:rsidRPr="000C6758">
            <w:rPr>
              <w:b/>
              <w:szCs w:val="20"/>
            </w:rPr>
            <w:t>ЈП „ПАРКИНГ СЕРВИС“ Д.О.О. ЗВОРНИК</w:t>
          </w:r>
        </w:p>
        <w:p w14:paraId="1F067F74" w14:textId="40770D75" w:rsidR="00D91843" w:rsidRDefault="006F4308">
          <w:pPr>
            <w:spacing w:after="0" w:line="240" w:lineRule="auto"/>
          </w:pPr>
          <w:proofErr w:type="spellStart"/>
          <w:r w:rsidRPr="00D44DA9">
            <w:rPr>
              <w:color w:val="505050"/>
              <w:szCs w:val="20"/>
            </w:rPr>
            <w:t>Светог</w:t>
          </w:r>
          <w:proofErr w:type="spellEnd"/>
          <w:r w:rsidRPr="00D44DA9">
            <w:rPr>
              <w:color w:val="505050"/>
              <w:szCs w:val="20"/>
            </w:rPr>
            <w:t xml:space="preserve"> </w:t>
          </w:r>
          <w:proofErr w:type="spellStart"/>
          <w:r w:rsidRPr="00D44DA9">
            <w:rPr>
              <w:color w:val="505050"/>
              <w:szCs w:val="20"/>
            </w:rPr>
            <w:t>Саве</w:t>
          </w:r>
          <w:proofErr w:type="spellEnd"/>
          <w:r w:rsidRPr="00D44DA9">
            <w:rPr>
              <w:color w:val="505050"/>
              <w:szCs w:val="20"/>
            </w:rPr>
            <w:t xml:space="preserve"> 56, </w:t>
          </w:r>
          <w:proofErr w:type="spellStart"/>
          <w:r w:rsidRPr="00D44DA9">
            <w:rPr>
              <w:color w:val="505050"/>
              <w:szCs w:val="20"/>
            </w:rPr>
            <w:t>Зворник</w:t>
          </w:r>
          <w:proofErr w:type="spellEnd"/>
          <w:r w:rsidRPr="00D44DA9">
            <w:rPr>
              <w:color w:val="505050"/>
              <w:szCs w:val="20"/>
            </w:rPr>
            <w:t xml:space="preserve">  |  ЈИБ: 4405630240004</w:t>
          </w:r>
          <w:r>
            <w:rPr>
              <w:color w:val="505050"/>
              <w:szCs w:val="20"/>
            </w:rPr>
            <w:t xml:space="preserve"> </w:t>
          </w:r>
          <w:r w:rsidRPr="00D44DA9">
            <w:rPr>
              <w:color w:val="505050"/>
              <w:szCs w:val="20"/>
            </w:rPr>
            <w:t xml:space="preserve">|  </w:t>
          </w:r>
          <w:r>
            <w:rPr>
              <w:color w:val="505050"/>
              <w:szCs w:val="20"/>
              <w:lang w:val="sr-Cyrl-RS"/>
            </w:rPr>
            <w:t>ПДВ</w:t>
          </w:r>
          <w:r w:rsidRPr="00D44DA9">
            <w:rPr>
              <w:color w:val="505050"/>
              <w:szCs w:val="20"/>
            </w:rPr>
            <w:t xml:space="preserve">: </w:t>
          </w:r>
          <w:r>
            <w:rPr>
              <w:color w:val="505050"/>
              <w:szCs w:val="20"/>
              <w:lang w:val="sr-Cyrl-RS"/>
            </w:rPr>
            <w:t>405630240004</w:t>
          </w:r>
        </w:p>
      </w:tc>
      <w:tc>
        <w:tcPr>
          <w:tcW w:w="2098" w:type="dxa"/>
          <w:tcBorders>
            <w:top w:val="single" w:sz="9" w:space="0" w:color="3F5F78"/>
            <w:left w:val="single" w:sz="9" w:space="0" w:color="3F5F78"/>
            <w:bottom w:val="single" w:sz="9" w:space="0" w:color="3F5F78"/>
            <w:right w:val="single" w:sz="9" w:space="0" w:color="3F5F78"/>
          </w:tcBorders>
          <w:tcMar>
            <w:top w:w="80" w:type="dxa"/>
            <w:left w:w="80" w:type="dxa"/>
            <w:bottom w:w="75" w:type="dxa"/>
            <w:right w:w="80" w:type="dxa"/>
          </w:tcMar>
        </w:tcPr>
        <w:p w14:paraId="575444C1" w14:textId="77777777" w:rsidR="00D91843" w:rsidRPr="000C6758" w:rsidRDefault="00913365">
          <w:pPr>
            <w:spacing w:after="20" w:line="240" w:lineRule="auto"/>
            <w:jc w:val="center"/>
            <w:rPr>
              <w:szCs w:val="20"/>
            </w:rPr>
          </w:pPr>
          <w:r w:rsidRPr="000C6758">
            <w:rPr>
              <w:b/>
              <w:szCs w:val="20"/>
            </w:rPr>
            <w:t>ОБРАЗАЦ П-03</w:t>
          </w:r>
        </w:p>
        <w:p w14:paraId="56DE821E" w14:textId="77777777" w:rsidR="00D91843" w:rsidRPr="000C6758" w:rsidRDefault="00913365">
          <w:pPr>
            <w:spacing w:after="0" w:line="240" w:lineRule="auto"/>
            <w:jc w:val="center"/>
            <w:rPr>
              <w:szCs w:val="20"/>
            </w:rPr>
          </w:pPr>
          <w:proofErr w:type="spellStart"/>
          <w:r w:rsidRPr="000C6758">
            <w:rPr>
              <w:szCs w:val="20"/>
            </w:rPr>
            <w:t>Страна</w:t>
          </w:r>
          <w:proofErr w:type="spellEnd"/>
          <w:r w:rsidRPr="000C6758">
            <w:rPr>
              <w:szCs w:val="20"/>
            </w:rPr>
            <w:t xml:space="preserve">: </w:t>
          </w:r>
          <w:r w:rsidRPr="000C6758">
            <w:rPr>
              <w:b/>
              <w:szCs w:val="20"/>
            </w:rPr>
            <w:fldChar w:fldCharType="begin"/>
          </w:r>
          <w:r w:rsidRPr="000C6758">
            <w:rPr>
              <w:b/>
              <w:szCs w:val="20"/>
            </w:rPr>
            <w:instrText>PAGE</w:instrText>
          </w:r>
          <w:r w:rsidRPr="000C6758">
            <w:rPr>
              <w:b/>
              <w:szCs w:val="20"/>
            </w:rPr>
            <w:fldChar w:fldCharType="separate"/>
          </w:r>
          <w:r w:rsidRPr="000C6758">
            <w:rPr>
              <w:b/>
              <w:szCs w:val="20"/>
            </w:rPr>
            <w:t>1</w:t>
          </w:r>
          <w:r w:rsidRPr="000C6758">
            <w:rPr>
              <w:b/>
              <w:szCs w:val="20"/>
            </w:rPr>
            <w:fldChar w:fldCharType="end"/>
          </w:r>
          <w:r w:rsidRPr="000C6758">
            <w:rPr>
              <w:szCs w:val="20"/>
            </w:rPr>
            <w:t xml:space="preserve"> </w:t>
          </w:r>
          <w:proofErr w:type="spellStart"/>
          <w:r w:rsidRPr="000C6758">
            <w:rPr>
              <w:szCs w:val="20"/>
            </w:rPr>
            <w:t>од</w:t>
          </w:r>
          <w:proofErr w:type="spellEnd"/>
          <w:r w:rsidRPr="000C6758">
            <w:rPr>
              <w:szCs w:val="20"/>
            </w:rPr>
            <w:t xml:space="preserve"> </w:t>
          </w:r>
          <w:r w:rsidRPr="000C6758">
            <w:rPr>
              <w:b/>
              <w:szCs w:val="20"/>
            </w:rPr>
            <w:fldChar w:fldCharType="begin"/>
          </w:r>
          <w:r w:rsidRPr="000C6758">
            <w:rPr>
              <w:b/>
              <w:szCs w:val="20"/>
            </w:rPr>
            <w:instrText>NUMPAGES</w:instrText>
          </w:r>
          <w:r w:rsidRPr="000C6758">
            <w:rPr>
              <w:b/>
              <w:szCs w:val="20"/>
            </w:rPr>
            <w:fldChar w:fldCharType="separate"/>
          </w:r>
          <w:r w:rsidRPr="000C6758">
            <w:rPr>
              <w:b/>
              <w:szCs w:val="20"/>
            </w:rPr>
            <w:t>1</w:t>
          </w:r>
          <w:r w:rsidRPr="000C6758">
            <w:rPr>
              <w:b/>
              <w:szCs w:val="20"/>
            </w:rPr>
            <w:fldChar w:fldCharType="end"/>
          </w: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83C6D" w14:textId="77777777" w:rsidR="006F4308" w:rsidRDefault="006F43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88766757">
    <w:abstractNumId w:val="8"/>
  </w:num>
  <w:num w:numId="2" w16cid:durableId="287050999">
    <w:abstractNumId w:val="6"/>
  </w:num>
  <w:num w:numId="3" w16cid:durableId="2143182968">
    <w:abstractNumId w:val="5"/>
  </w:num>
  <w:num w:numId="4" w16cid:durableId="1098331682">
    <w:abstractNumId w:val="4"/>
  </w:num>
  <w:num w:numId="5" w16cid:durableId="1824882551">
    <w:abstractNumId w:val="7"/>
  </w:num>
  <w:num w:numId="6" w16cid:durableId="1747335298">
    <w:abstractNumId w:val="3"/>
  </w:num>
  <w:num w:numId="7" w16cid:durableId="1157847515">
    <w:abstractNumId w:val="2"/>
  </w:num>
  <w:num w:numId="8" w16cid:durableId="296380859">
    <w:abstractNumId w:val="1"/>
  </w:num>
  <w:num w:numId="9" w16cid:durableId="369498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C6758"/>
    <w:rsid w:val="0015074B"/>
    <w:rsid w:val="0029639D"/>
    <w:rsid w:val="00326F90"/>
    <w:rsid w:val="00496C13"/>
    <w:rsid w:val="006F4308"/>
    <w:rsid w:val="00783E8B"/>
    <w:rsid w:val="00913365"/>
    <w:rsid w:val="00A732FD"/>
    <w:rsid w:val="00AA1D8D"/>
    <w:rsid w:val="00B47730"/>
    <w:rsid w:val="00CB0664"/>
    <w:rsid w:val="00D9184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6025B942-6258-4FFA-A991-EF09F1D14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Arial" w:eastAsia="Arial" w:hAnsi="Arial" w:cs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Nikola Mlađenović</cp:lastModifiedBy>
  <cp:revision>5</cp:revision>
  <cp:lastPrinted>2026-08-25T07:08:00Z</cp:lastPrinted>
  <dcterms:created xsi:type="dcterms:W3CDTF">2013-12-23T23:15:00Z</dcterms:created>
  <dcterms:modified xsi:type="dcterms:W3CDTF">2026-08-26T08:55:00Z</dcterms:modified>
  <cp:category/>
</cp:coreProperties>
</file>