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9" w:type="dxa"/>
        <w:tblBorders>
          <w:top w:val="single" w:sz="7" w:space="0" w:color="7F7F7F"/>
          <w:left w:val="single" w:sz="7" w:space="0" w:color="7F7F7F"/>
          <w:bottom w:val="single" w:sz="7" w:space="0" w:color="7F7F7F"/>
          <w:right w:val="single" w:sz="7" w:space="0" w:color="7F7F7F"/>
          <w:insideH w:val="single" w:sz="7" w:space="0" w:color="7F7F7F"/>
          <w:insideV w:val="single" w:sz="7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2779"/>
      </w:tblGrid>
      <w:tr w:rsidR="003661F2" w:rsidRPr="001A08B5" w14:paraId="291612AF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101E7" w14:textId="77777777" w:rsidR="003661F2" w:rsidRPr="001A08B5" w:rsidRDefault="00AB68CC" w:rsidP="001A08B5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ФИЗИЧКО ЛИЦЕ - ИМЕ, ИМЕ РОДИТЕЉА И ПРЕЗИМЕ:</w:t>
            </w:r>
          </w:p>
        </w:tc>
        <w:tc>
          <w:tcPr>
            <w:tcW w:w="2779" w:type="dxa"/>
            <w:vMerge w:val="restart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2E133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ПРИЈЕМНИ ШТАМБИЉ</w:t>
            </w:r>
          </w:p>
        </w:tc>
      </w:tr>
      <w:tr w:rsidR="003661F2" w:rsidRPr="001A08B5" w14:paraId="5999B655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77D0B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ПРАВНО ЛИЦЕ/ПРЕДУЗЕТНИК - НАЗИВ:</w:t>
            </w:r>
          </w:p>
        </w:tc>
        <w:tc>
          <w:tcPr>
            <w:tcW w:w="2779" w:type="dxa"/>
            <w:vMerge/>
          </w:tcPr>
          <w:p w14:paraId="3BE4F50D" w14:textId="77777777" w:rsidR="003661F2" w:rsidRPr="001A08B5" w:rsidRDefault="003661F2">
            <w:pPr>
              <w:rPr>
                <w:sz w:val="22"/>
              </w:rPr>
            </w:pPr>
          </w:p>
        </w:tc>
      </w:tr>
      <w:tr w:rsidR="003661F2" w:rsidRPr="001A08B5" w14:paraId="6E0DA0A1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4C712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ИМЕ ОДГОВОРНОГ ЛИЦА:</w:t>
            </w:r>
          </w:p>
        </w:tc>
        <w:tc>
          <w:tcPr>
            <w:tcW w:w="2779" w:type="dxa"/>
            <w:vMerge/>
          </w:tcPr>
          <w:p w14:paraId="618608D4" w14:textId="77777777" w:rsidR="003661F2" w:rsidRPr="001A08B5" w:rsidRDefault="003661F2">
            <w:pPr>
              <w:rPr>
                <w:sz w:val="22"/>
              </w:rPr>
            </w:pPr>
          </w:p>
        </w:tc>
      </w:tr>
      <w:tr w:rsidR="003661F2" w:rsidRPr="001A08B5" w14:paraId="66DE7B5E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824BF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ЈИБ (ЗА ПРАВНО ЛИЦЕ/ПРЕДУЗЕТНИКА):</w:t>
            </w:r>
          </w:p>
        </w:tc>
        <w:tc>
          <w:tcPr>
            <w:tcW w:w="2779" w:type="dxa"/>
            <w:vMerge/>
          </w:tcPr>
          <w:p w14:paraId="4E06685C" w14:textId="77777777" w:rsidR="003661F2" w:rsidRPr="001A08B5" w:rsidRDefault="003661F2">
            <w:pPr>
              <w:rPr>
                <w:sz w:val="22"/>
              </w:rPr>
            </w:pPr>
          </w:p>
        </w:tc>
      </w:tr>
      <w:tr w:rsidR="003661F2" w:rsidRPr="001A08B5" w14:paraId="6DA20781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2FBF36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АДРЕСА:</w:t>
            </w:r>
          </w:p>
        </w:tc>
        <w:tc>
          <w:tcPr>
            <w:tcW w:w="2779" w:type="dxa"/>
            <w:vMerge/>
          </w:tcPr>
          <w:p w14:paraId="42C729F9" w14:textId="77777777" w:rsidR="003661F2" w:rsidRPr="001A08B5" w:rsidRDefault="003661F2">
            <w:pPr>
              <w:rPr>
                <w:sz w:val="22"/>
              </w:rPr>
            </w:pPr>
          </w:p>
        </w:tc>
      </w:tr>
      <w:tr w:rsidR="003661F2" w:rsidRPr="001A08B5" w14:paraId="1FC37DD3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6C41D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КОНТАКТ ТЕЛЕФОН / ЕЛЕКТРОНСКА ПОШТА:</w:t>
            </w:r>
          </w:p>
        </w:tc>
        <w:tc>
          <w:tcPr>
            <w:tcW w:w="2779" w:type="dxa"/>
            <w:vMerge/>
          </w:tcPr>
          <w:p w14:paraId="2A9E8E3D" w14:textId="77777777" w:rsidR="003661F2" w:rsidRPr="001A08B5" w:rsidRDefault="003661F2">
            <w:pPr>
              <w:rPr>
                <w:sz w:val="22"/>
              </w:rPr>
            </w:pPr>
          </w:p>
        </w:tc>
      </w:tr>
      <w:tr w:rsidR="003661F2" w:rsidRPr="001A08B5" w14:paraId="6C626394" w14:textId="77777777">
        <w:trPr>
          <w:trHeight w:val="580"/>
        </w:trPr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BEBBF4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БРОЈ И ДАТУМ ВАЖЕЋЕГ УГОВОРА:</w:t>
            </w:r>
          </w:p>
        </w:tc>
        <w:tc>
          <w:tcPr>
            <w:tcW w:w="2779" w:type="dxa"/>
            <w:vMerge/>
          </w:tcPr>
          <w:p w14:paraId="153D513E" w14:textId="77777777" w:rsidR="003661F2" w:rsidRPr="001A08B5" w:rsidRDefault="003661F2">
            <w:pPr>
              <w:rPr>
                <w:sz w:val="22"/>
              </w:rPr>
            </w:pPr>
          </w:p>
        </w:tc>
      </w:tr>
    </w:tbl>
    <w:p w14:paraId="15931D7A" w14:textId="77777777" w:rsidR="003661F2" w:rsidRPr="001A08B5" w:rsidRDefault="003661F2">
      <w:pPr>
        <w:spacing w:after="60" w:line="120" w:lineRule="auto"/>
        <w:rPr>
          <w:sz w:val="22"/>
        </w:rPr>
      </w:pPr>
    </w:p>
    <w:p w14:paraId="47DE9CC6" w14:textId="77777777" w:rsidR="003661F2" w:rsidRPr="001A08B5" w:rsidRDefault="00AB68CC">
      <w:pPr>
        <w:spacing w:after="0" w:line="240" w:lineRule="auto"/>
        <w:rPr>
          <w:sz w:val="22"/>
        </w:rPr>
      </w:pPr>
      <w:r w:rsidRPr="001A08B5">
        <w:rPr>
          <w:b/>
          <w:sz w:val="22"/>
        </w:rPr>
        <w:t xml:space="preserve">ЈП „Паркинг </w:t>
      </w:r>
      <w:proofErr w:type="gramStart"/>
      <w:r w:rsidRPr="001A08B5">
        <w:rPr>
          <w:b/>
          <w:sz w:val="22"/>
        </w:rPr>
        <w:t>сервис“ д.о.о.</w:t>
      </w:r>
      <w:proofErr w:type="gramEnd"/>
      <w:r w:rsidRPr="001A08B5">
        <w:rPr>
          <w:b/>
          <w:sz w:val="22"/>
        </w:rPr>
        <w:t xml:space="preserve"> Зворник</w:t>
      </w:r>
    </w:p>
    <w:p w14:paraId="42312E66" w14:textId="77777777" w:rsidR="003661F2" w:rsidRPr="001A08B5" w:rsidRDefault="00AB68CC">
      <w:pPr>
        <w:spacing w:after="0" w:line="240" w:lineRule="auto"/>
        <w:rPr>
          <w:sz w:val="22"/>
        </w:rPr>
      </w:pPr>
      <w:r w:rsidRPr="001A08B5">
        <w:rPr>
          <w:sz w:val="22"/>
        </w:rPr>
        <w:t>Светог Саве 56</w:t>
      </w:r>
    </w:p>
    <w:p w14:paraId="73CDCA0E" w14:textId="77777777" w:rsidR="003661F2" w:rsidRPr="001A08B5" w:rsidRDefault="00AB68CC">
      <w:pPr>
        <w:spacing w:after="0" w:line="240" w:lineRule="auto"/>
        <w:rPr>
          <w:sz w:val="22"/>
        </w:rPr>
      </w:pPr>
      <w:r w:rsidRPr="001A08B5">
        <w:rPr>
          <w:sz w:val="22"/>
        </w:rPr>
        <w:t>75400 Зворник</w:t>
      </w:r>
    </w:p>
    <w:p w14:paraId="38CD7478" w14:textId="57C16E5A" w:rsidR="003661F2" w:rsidRPr="001A08B5" w:rsidRDefault="00AB68CC">
      <w:pPr>
        <w:spacing w:after="100" w:line="240" w:lineRule="auto"/>
        <w:rPr>
          <w:sz w:val="22"/>
        </w:rPr>
      </w:pPr>
      <w:r w:rsidRPr="001A08B5">
        <w:rPr>
          <w:b/>
          <w:sz w:val="22"/>
        </w:rPr>
        <w:t xml:space="preserve">ПРЕДМЕТ: </w:t>
      </w:r>
      <w:proofErr w:type="spellStart"/>
      <w:r w:rsidRPr="001A08B5">
        <w:rPr>
          <w:b/>
          <w:sz w:val="22"/>
        </w:rPr>
        <w:t>Захтјев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за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измјену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регистарске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ознаке</w:t>
      </w:r>
      <w:proofErr w:type="spellEnd"/>
      <w:r w:rsidRPr="001A08B5">
        <w:rPr>
          <w:b/>
          <w:sz w:val="22"/>
        </w:rPr>
        <w:t xml:space="preserve"> и/</w:t>
      </w:r>
      <w:proofErr w:type="spellStart"/>
      <w:r w:rsidRPr="001A08B5">
        <w:rPr>
          <w:b/>
          <w:sz w:val="22"/>
        </w:rPr>
        <w:t>или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зоне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паркинг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карте</w:t>
      </w:r>
      <w:proofErr w:type="spellEnd"/>
    </w:p>
    <w:p w14:paraId="3CFA0353" w14:textId="434DE955" w:rsidR="003661F2" w:rsidRPr="001A08B5" w:rsidRDefault="00AB68CC">
      <w:pPr>
        <w:spacing w:line="250" w:lineRule="auto"/>
        <w:jc w:val="both"/>
        <w:rPr>
          <w:sz w:val="22"/>
        </w:rPr>
      </w:pPr>
      <w:r w:rsidRPr="001A08B5">
        <w:rPr>
          <w:b/>
          <w:sz w:val="22"/>
        </w:rPr>
        <w:t xml:space="preserve">Подносим захтјев за (заокружити): </w:t>
      </w:r>
      <w:r w:rsidRPr="001A08B5">
        <w:rPr>
          <w:sz w:val="22"/>
        </w:rPr>
        <w:t xml:space="preserve">1. измјену регистарске </w:t>
      </w:r>
      <w:proofErr w:type="gramStart"/>
      <w:r w:rsidRPr="001A08B5">
        <w:rPr>
          <w:sz w:val="22"/>
        </w:rPr>
        <w:t>ознаке;  2</w:t>
      </w:r>
      <w:proofErr w:type="gramEnd"/>
      <w:r w:rsidRPr="001A08B5">
        <w:rPr>
          <w:sz w:val="22"/>
        </w:rPr>
        <w:t xml:space="preserve">. </w:t>
      </w:r>
      <w:proofErr w:type="spellStart"/>
      <w:r w:rsidRPr="001A08B5">
        <w:rPr>
          <w:sz w:val="22"/>
        </w:rPr>
        <w:t>измјену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зоне</w:t>
      </w:r>
      <w:proofErr w:type="spellEnd"/>
      <w:r w:rsidRPr="001A08B5">
        <w:rPr>
          <w:sz w:val="22"/>
        </w:rPr>
        <w:t xml:space="preserve">; у </w:t>
      </w:r>
      <w:proofErr w:type="spellStart"/>
      <w:r w:rsidRPr="001A08B5">
        <w:rPr>
          <w:sz w:val="22"/>
        </w:rPr>
        <w:t>оквиру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важеће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паркинг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карте</w:t>
      </w:r>
      <w:proofErr w:type="spellEnd"/>
      <w:r w:rsidRPr="001A08B5">
        <w:rPr>
          <w:sz w:val="22"/>
        </w:rPr>
        <w:t>.</w:t>
      </w:r>
    </w:p>
    <w:tbl>
      <w:tblPr>
        <w:tblW w:w="9979" w:type="dxa"/>
        <w:tblBorders>
          <w:top w:val="single" w:sz="8" w:space="0" w:color="2F5875"/>
          <w:left w:val="single" w:sz="8" w:space="0" w:color="2F5875"/>
          <w:bottom w:val="single" w:sz="8" w:space="0" w:color="2F5875"/>
          <w:right w:val="single" w:sz="8" w:space="0" w:color="2F5875"/>
          <w:insideH w:val="single" w:sz="8" w:space="0" w:color="2F5875"/>
          <w:insideV w:val="single" w:sz="8" w:space="0" w:color="2F5875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500"/>
        <w:gridCol w:w="2500"/>
        <w:gridCol w:w="3179"/>
      </w:tblGrid>
      <w:tr w:rsidR="003661F2" w:rsidRPr="001A08B5" w14:paraId="645FF198" w14:textId="77777777">
        <w:tc>
          <w:tcPr>
            <w:tcW w:w="9979" w:type="dxa"/>
            <w:gridSpan w:val="4"/>
            <w:shd w:val="clear" w:color="auto" w:fill="E6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E57EC" w14:textId="77777777" w:rsidR="003661F2" w:rsidRPr="001A08B5" w:rsidRDefault="00AB68CC">
            <w:pPr>
              <w:keepNext/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ПОДАЦИ О ПОСТОЈЕЋОЈ КАРТИ И ЗАХТИЈЕВАНОЈ ИЗМЈЕНИ</w:t>
            </w:r>
          </w:p>
        </w:tc>
      </w:tr>
      <w:tr w:rsidR="003661F2" w:rsidRPr="001A08B5" w14:paraId="31000E70" w14:textId="77777777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rPr>
          <w:tblHeader/>
        </w:trPr>
        <w:tc>
          <w:tcPr>
            <w:tcW w:w="18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42D88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Податак</w:t>
            </w:r>
          </w:p>
        </w:tc>
        <w:tc>
          <w:tcPr>
            <w:tcW w:w="25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3A807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Постојећи податак</w:t>
            </w:r>
          </w:p>
        </w:tc>
        <w:tc>
          <w:tcPr>
            <w:tcW w:w="25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21E46A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Нови податак</w:t>
            </w:r>
          </w:p>
        </w:tc>
        <w:tc>
          <w:tcPr>
            <w:tcW w:w="3179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4A879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Напомена</w:t>
            </w:r>
          </w:p>
        </w:tc>
      </w:tr>
      <w:tr w:rsidR="003661F2" w:rsidRPr="001A08B5" w14:paraId="468A6594" w14:textId="77777777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6A86A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Регистарска ознака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7E085" w14:textId="60BC5172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_________________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9D2B60" w14:textId="00B2D5E6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_________________</w:t>
            </w:r>
          </w:p>
        </w:tc>
        <w:tc>
          <w:tcPr>
            <w:tcW w:w="31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5F2A4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Попуњава се код измјене регистарске ознаке</w:t>
            </w:r>
          </w:p>
        </w:tc>
      </w:tr>
      <w:tr w:rsidR="003661F2" w:rsidRPr="001A08B5" w14:paraId="4CDADC61" w14:textId="77777777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7BD1A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Зона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CE5C39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I - црвена / II - плава / III - зелена</w:t>
            </w:r>
          </w:p>
        </w:tc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4BF03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I - црвена / II - плава / III - зелена</w:t>
            </w:r>
          </w:p>
        </w:tc>
        <w:tc>
          <w:tcPr>
            <w:tcW w:w="31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10BACA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Заокружити постојећу и нову зону</w:t>
            </w:r>
          </w:p>
        </w:tc>
      </w:tr>
    </w:tbl>
    <w:p w14:paraId="51513F1E" w14:textId="77777777" w:rsidR="003661F2" w:rsidRPr="001A08B5" w:rsidRDefault="003661F2">
      <w:pPr>
        <w:spacing w:after="60" w:line="120" w:lineRule="auto"/>
        <w:rPr>
          <w:sz w:val="22"/>
        </w:rPr>
      </w:pPr>
    </w:p>
    <w:tbl>
      <w:tblPr>
        <w:tblW w:w="9979" w:type="dxa"/>
        <w:tblBorders>
          <w:top w:val="single" w:sz="8" w:space="0" w:color="2F5875"/>
          <w:left w:val="single" w:sz="8" w:space="0" w:color="2F5875"/>
          <w:bottom w:val="single" w:sz="8" w:space="0" w:color="2F5875"/>
          <w:right w:val="single" w:sz="8" w:space="0" w:color="2F5875"/>
          <w:insideH w:val="single" w:sz="8" w:space="0" w:color="2F5875"/>
          <w:insideV w:val="single" w:sz="8" w:space="0" w:color="2F5875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553"/>
        <w:gridCol w:w="1850"/>
        <w:gridCol w:w="2909"/>
      </w:tblGrid>
      <w:tr w:rsidR="003661F2" w:rsidRPr="001A08B5" w14:paraId="5BE72FE5" w14:textId="77777777">
        <w:tc>
          <w:tcPr>
            <w:tcW w:w="9979" w:type="dxa"/>
            <w:gridSpan w:val="4"/>
            <w:shd w:val="clear" w:color="auto" w:fill="E6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F5045" w14:textId="77777777" w:rsidR="003661F2" w:rsidRPr="001A08B5" w:rsidRDefault="00AB68CC">
            <w:pPr>
              <w:keepNext/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УЗ ЗАХТЈЕВ СЕ ПРИЛАЖЕ</w:t>
            </w:r>
          </w:p>
        </w:tc>
      </w:tr>
      <w:tr w:rsidR="003661F2" w:rsidRPr="001A08B5" w14:paraId="19201807" w14:textId="77777777" w:rsidTr="002D3EC5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rPr>
          <w:tblHeader/>
        </w:trPr>
        <w:tc>
          <w:tcPr>
            <w:tcW w:w="667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5534F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Р. бр.</w:t>
            </w:r>
          </w:p>
        </w:tc>
        <w:tc>
          <w:tcPr>
            <w:tcW w:w="4553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9E5D9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Назив документа</w:t>
            </w:r>
          </w:p>
        </w:tc>
        <w:tc>
          <w:tcPr>
            <w:tcW w:w="185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3A21B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Форма</w:t>
            </w:r>
          </w:p>
        </w:tc>
        <w:tc>
          <w:tcPr>
            <w:tcW w:w="2909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EAB58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b/>
                <w:sz w:val="22"/>
              </w:rPr>
              <w:t>Када се доставља</w:t>
            </w:r>
          </w:p>
        </w:tc>
      </w:tr>
      <w:tr w:rsidR="003661F2" w:rsidRPr="001A08B5" w14:paraId="1E979F7E" w14:textId="77777777" w:rsidTr="002D3EC5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67BD6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1.</w:t>
            </w:r>
          </w:p>
        </w:tc>
        <w:tc>
          <w:tcPr>
            <w:tcW w:w="45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9C2E4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Потврда о регистрацији возила са новом регистарском ознаком</w:t>
            </w:r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86924C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Копија</w:t>
            </w:r>
          </w:p>
        </w:tc>
        <w:tc>
          <w:tcPr>
            <w:tcW w:w="29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755E9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Код измјене регистарске ознаке</w:t>
            </w:r>
          </w:p>
        </w:tc>
      </w:tr>
      <w:tr w:rsidR="003661F2" w:rsidRPr="001A08B5" w14:paraId="639A5049" w14:textId="77777777" w:rsidTr="002D3EC5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E6211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2.</w:t>
            </w:r>
          </w:p>
        </w:tc>
        <w:tc>
          <w:tcPr>
            <w:tcW w:w="45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94EFFB" w14:textId="02C51A0C" w:rsidR="003661F2" w:rsidRPr="001A08B5" w:rsidRDefault="00AB68CC">
            <w:pPr>
              <w:spacing w:after="0" w:line="240" w:lineRule="auto"/>
              <w:rPr>
                <w:sz w:val="22"/>
              </w:rPr>
            </w:pPr>
            <w:proofErr w:type="spellStart"/>
            <w:r w:rsidRPr="001A08B5">
              <w:rPr>
                <w:sz w:val="22"/>
              </w:rPr>
              <w:t>Важећи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уговор</w:t>
            </w:r>
            <w:proofErr w:type="spellEnd"/>
            <w:r w:rsidRPr="001A08B5">
              <w:rPr>
                <w:sz w:val="22"/>
              </w:rPr>
              <w:t xml:space="preserve"> о </w:t>
            </w:r>
            <w:proofErr w:type="spellStart"/>
            <w:r w:rsidRPr="001A08B5">
              <w:rPr>
                <w:sz w:val="22"/>
              </w:rPr>
              <w:t>коришћењу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паркинг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карте</w:t>
            </w:r>
            <w:proofErr w:type="spellEnd"/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746CE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Копија или оригинал на увид</w:t>
            </w:r>
          </w:p>
        </w:tc>
        <w:tc>
          <w:tcPr>
            <w:tcW w:w="29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3FF6A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Обавезно</w:t>
            </w:r>
          </w:p>
        </w:tc>
      </w:tr>
      <w:tr w:rsidR="003661F2" w:rsidRPr="001A08B5" w14:paraId="007F0E35" w14:textId="77777777" w:rsidTr="002D3EC5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06E500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3.</w:t>
            </w:r>
          </w:p>
        </w:tc>
        <w:tc>
          <w:tcPr>
            <w:tcW w:w="45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8BFABB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Доказ о уплати разлике у цијени између зона</w:t>
            </w:r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EA796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Копија или оригинал</w:t>
            </w:r>
          </w:p>
        </w:tc>
        <w:tc>
          <w:tcPr>
            <w:tcW w:w="29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0FDC31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Код преласка из II или III зоне у I зону</w:t>
            </w:r>
          </w:p>
        </w:tc>
      </w:tr>
      <w:tr w:rsidR="002D3EC5" w:rsidRPr="001A08B5" w14:paraId="7A271CB5" w14:textId="77777777" w:rsidTr="002D3EC5">
        <w:tblPrEx>
          <w:tblBorders>
            <w:top w:val="single" w:sz="6" w:space="0" w:color="909090"/>
            <w:left w:val="single" w:sz="6" w:space="0" w:color="909090"/>
            <w:bottom w:val="single" w:sz="6" w:space="0" w:color="909090"/>
            <w:right w:val="single" w:sz="6" w:space="0" w:color="909090"/>
            <w:insideH w:val="single" w:sz="6" w:space="0" w:color="909090"/>
            <w:insideV w:val="single" w:sz="6" w:space="0" w:color="909090"/>
          </w:tblBorders>
        </w:tblPrEx>
        <w:tc>
          <w:tcPr>
            <w:tcW w:w="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D6BD1" w14:textId="56904AEF" w:rsidR="002D3EC5" w:rsidRPr="002D3EC5" w:rsidRDefault="002D3EC5" w:rsidP="002D3EC5">
            <w:pPr>
              <w:spacing w:after="0" w:line="240" w:lineRule="auto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4.</w:t>
            </w:r>
          </w:p>
        </w:tc>
        <w:tc>
          <w:tcPr>
            <w:tcW w:w="45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DF748" w14:textId="33B0CE8E" w:rsidR="002D3EC5" w:rsidRPr="001A08B5" w:rsidRDefault="002D3EC5" w:rsidP="002D3EC5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  <w:lang w:val="sr-Cyrl-RS"/>
              </w:rPr>
              <w:t>Ново о</w:t>
            </w:r>
            <w:proofErr w:type="spellStart"/>
            <w:r w:rsidRPr="00FA07B1">
              <w:rPr>
                <w:sz w:val="22"/>
              </w:rPr>
              <w:t>бавјештење</w:t>
            </w:r>
            <w:proofErr w:type="spellEnd"/>
            <w:r w:rsidRPr="00FA07B1">
              <w:rPr>
                <w:sz w:val="22"/>
              </w:rPr>
              <w:t xml:space="preserve"> о </w:t>
            </w:r>
            <w:proofErr w:type="spellStart"/>
            <w:r w:rsidRPr="00FA07B1">
              <w:rPr>
                <w:sz w:val="22"/>
              </w:rPr>
              <w:t>пребивалишту</w:t>
            </w:r>
            <w:proofErr w:type="spellEnd"/>
            <w:r w:rsidRPr="00FA07B1">
              <w:rPr>
                <w:sz w:val="22"/>
              </w:rPr>
              <w:t>/</w:t>
            </w:r>
            <w:proofErr w:type="spellStart"/>
            <w:r w:rsidRPr="00FA07B1">
              <w:rPr>
                <w:sz w:val="22"/>
              </w:rPr>
              <w:t>боравишту</w:t>
            </w:r>
            <w:proofErr w:type="spellEnd"/>
            <w:r w:rsidRPr="00FA07B1">
              <w:rPr>
                <w:sz w:val="22"/>
              </w:rPr>
              <w:t xml:space="preserve"> у </w:t>
            </w:r>
            <w:proofErr w:type="spellStart"/>
            <w:r w:rsidRPr="00FA07B1">
              <w:rPr>
                <w:sz w:val="22"/>
              </w:rPr>
              <w:t>зони</w:t>
            </w:r>
            <w:proofErr w:type="spellEnd"/>
            <w:r w:rsidRPr="00FA07B1">
              <w:rPr>
                <w:sz w:val="22"/>
              </w:rPr>
              <w:t xml:space="preserve"> </w:t>
            </w:r>
            <w:proofErr w:type="spellStart"/>
            <w:r w:rsidRPr="00FA07B1">
              <w:rPr>
                <w:sz w:val="22"/>
              </w:rPr>
              <w:t>наплате</w:t>
            </w:r>
            <w:proofErr w:type="spellEnd"/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47481" w14:textId="6A0D3B24" w:rsidR="002D3EC5" w:rsidRPr="001A08B5" w:rsidRDefault="002D3EC5" w:rsidP="002D3EC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1A08B5">
              <w:rPr>
                <w:sz w:val="22"/>
              </w:rPr>
              <w:t>Копија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или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оригинал</w:t>
            </w:r>
            <w:proofErr w:type="spellEnd"/>
          </w:p>
        </w:tc>
        <w:tc>
          <w:tcPr>
            <w:tcW w:w="29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C62932" w14:textId="3ECC699D" w:rsidR="002D3EC5" w:rsidRPr="001A08B5" w:rsidRDefault="002D3EC5" w:rsidP="002D3EC5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1A08B5">
              <w:rPr>
                <w:sz w:val="22"/>
              </w:rPr>
              <w:t>Код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преласка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из</w:t>
            </w:r>
            <w:proofErr w:type="spellEnd"/>
            <w:r w:rsidRPr="001A08B5">
              <w:rPr>
                <w:sz w:val="22"/>
              </w:rPr>
              <w:t xml:space="preserve"> </w:t>
            </w:r>
            <w:proofErr w:type="spellStart"/>
            <w:r w:rsidRPr="001A08B5">
              <w:rPr>
                <w:sz w:val="22"/>
              </w:rPr>
              <w:t>зоне</w:t>
            </w:r>
            <w:proofErr w:type="spellEnd"/>
            <w:r w:rsidRPr="001A08B5">
              <w:rPr>
                <w:sz w:val="22"/>
              </w:rPr>
              <w:t xml:space="preserve"> у </w:t>
            </w:r>
            <w:proofErr w:type="spellStart"/>
            <w:r w:rsidRPr="001A08B5">
              <w:rPr>
                <w:sz w:val="22"/>
              </w:rPr>
              <w:t>зону</w:t>
            </w:r>
            <w:proofErr w:type="spellEnd"/>
          </w:p>
        </w:tc>
      </w:tr>
    </w:tbl>
    <w:p w14:paraId="2550C8E5" w14:textId="77777777" w:rsidR="003661F2" w:rsidRPr="001A08B5" w:rsidRDefault="00AB68CC">
      <w:pPr>
        <w:spacing w:after="0" w:line="240" w:lineRule="auto"/>
        <w:rPr>
          <w:sz w:val="22"/>
        </w:rPr>
      </w:pPr>
      <w:proofErr w:type="spellStart"/>
      <w:r w:rsidRPr="001A08B5">
        <w:rPr>
          <w:b/>
          <w:sz w:val="22"/>
        </w:rPr>
        <w:t>Напомена</w:t>
      </w:r>
      <w:proofErr w:type="spellEnd"/>
      <w:r w:rsidRPr="001A08B5">
        <w:rPr>
          <w:b/>
          <w:sz w:val="22"/>
        </w:rPr>
        <w:t xml:space="preserve">: </w:t>
      </w:r>
      <w:proofErr w:type="spellStart"/>
      <w:r w:rsidRPr="001A08B5">
        <w:rPr>
          <w:sz w:val="22"/>
        </w:rPr>
        <w:t>Подносилац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прилаже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само</w:t>
      </w:r>
      <w:proofErr w:type="spellEnd"/>
      <w:r w:rsidRPr="001A08B5">
        <w:rPr>
          <w:sz w:val="22"/>
        </w:rPr>
        <w:t xml:space="preserve"> исправе које одговарају траженој измјени.</w:t>
      </w:r>
    </w:p>
    <w:tbl>
      <w:tblPr>
        <w:tblW w:w="9979" w:type="dxa"/>
        <w:tblBorders>
          <w:top w:val="single" w:sz="8" w:space="0" w:color="2F5875"/>
          <w:left w:val="single" w:sz="8" w:space="0" w:color="2F5875"/>
          <w:bottom w:val="single" w:sz="8" w:space="0" w:color="2F5875"/>
          <w:right w:val="single" w:sz="8" w:space="0" w:color="2F5875"/>
          <w:insideH w:val="single" w:sz="8" w:space="0" w:color="2F5875"/>
          <w:insideV w:val="single" w:sz="8" w:space="0" w:color="2F5875"/>
        </w:tblBorders>
        <w:tblLayout w:type="fixed"/>
        <w:tblLook w:val="04A0" w:firstRow="1" w:lastRow="0" w:firstColumn="1" w:lastColumn="0" w:noHBand="0" w:noVBand="1"/>
      </w:tblPr>
      <w:tblGrid>
        <w:gridCol w:w="9979"/>
      </w:tblGrid>
      <w:tr w:rsidR="003661F2" w:rsidRPr="001A08B5" w14:paraId="1E94718A" w14:textId="77777777">
        <w:tc>
          <w:tcPr>
            <w:tcW w:w="9979" w:type="dxa"/>
            <w:shd w:val="clear" w:color="auto" w:fill="E6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7B12A" w14:textId="77777777" w:rsidR="003661F2" w:rsidRPr="001A08B5" w:rsidRDefault="00AB68CC">
            <w:pPr>
              <w:keepNext/>
              <w:pageBreakBefore/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lastRenderedPageBreak/>
              <w:t>УСЛОВИ И НАПОМЕНЕ</w:t>
            </w:r>
          </w:p>
        </w:tc>
      </w:tr>
    </w:tbl>
    <w:p w14:paraId="3FD46BB9" w14:textId="661182FC" w:rsidR="003661F2" w:rsidRPr="001A08B5" w:rsidRDefault="00AB68CC">
      <w:pPr>
        <w:spacing w:after="60" w:line="250" w:lineRule="auto"/>
        <w:jc w:val="both"/>
        <w:rPr>
          <w:sz w:val="22"/>
        </w:rPr>
      </w:pPr>
      <w:proofErr w:type="spellStart"/>
      <w:r w:rsidRPr="001A08B5">
        <w:rPr>
          <w:b/>
          <w:sz w:val="22"/>
        </w:rPr>
        <w:t>Правни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основ</w:t>
      </w:r>
      <w:proofErr w:type="spellEnd"/>
      <w:r w:rsidRPr="001A08B5">
        <w:rPr>
          <w:b/>
          <w:sz w:val="22"/>
        </w:rPr>
        <w:t xml:space="preserve">: </w:t>
      </w:r>
      <w:proofErr w:type="spellStart"/>
      <w:r w:rsidRPr="001A08B5">
        <w:rPr>
          <w:sz w:val="22"/>
        </w:rPr>
        <w:t>Измјена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регистарске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ознаке</w:t>
      </w:r>
      <w:proofErr w:type="spellEnd"/>
      <w:r w:rsidRPr="001A08B5">
        <w:rPr>
          <w:sz w:val="22"/>
        </w:rPr>
        <w:t xml:space="preserve"> и/</w:t>
      </w:r>
      <w:proofErr w:type="spellStart"/>
      <w:r w:rsidRPr="001A08B5">
        <w:rPr>
          <w:sz w:val="22"/>
        </w:rPr>
        <w:t>или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зоне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паркинг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карте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врши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се</w:t>
      </w:r>
      <w:proofErr w:type="spellEnd"/>
      <w:r w:rsidRPr="001A08B5">
        <w:rPr>
          <w:sz w:val="22"/>
        </w:rPr>
        <w:t xml:space="preserve"> у </w:t>
      </w:r>
      <w:proofErr w:type="spellStart"/>
      <w:r w:rsidRPr="001A08B5">
        <w:rPr>
          <w:sz w:val="22"/>
        </w:rPr>
        <w:t>складу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са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чланом</w:t>
      </w:r>
      <w:proofErr w:type="spellEnd"/>
      <w:r w:rsidR="001A08B5">
        <w:rPr>
          <w:sz w:val="22"/>
          <w:lang w:val="sr-Cyrl-RS"/>
        </w:rPr>
        <w:t xml:space="preserve"> </w:t>
      </w:r>
      <w:r w:rsidR="001A08B5" w:rsidRPr="001A08B5">
        <w:rPr>
          <w:sz w:val="22"/>
        </w:rPr>
        <w:t>1</w:t>
      </w:r>
      <w:r w:rsidR="001A08B5">
        <w:rPr>
          <w:sz w:val="22"/>
          <w:lang w:val="sr-Cyrl-RS"/>
        </w:rPr>
        <w:t>1</w:t>
      </w:r>
      <w:r w:rsidR="001A08B5" w:rsidRPr="001A08B5">
        <w:rPr>
          <w:sz w:val="22"/>
        </w:rPr>
        <w:t xml:space="preserve">. </w:t>
      </w:r>
      <w:proofErr w:type="spellStart"/>
      <w:r w:rsidR="001A08B5" w:rsidRPr="001A08B5">
        <w:rPr>
          <w:sz w:val="22"/>
        </w:rPr>
        <w:t>став</w:t>
      </w:r>
      <w:proofErr w:type="spellEnd"/>
      <w:r w:rsidR="001A08B5" w:rsidRPr="001A08B5">
        <w:rPr>
          <w:sz w:val="22"/>
        </w:rPr>
        <w:t xml:space="preserve"> </w:t>
      </w:r>
      <w:r w:rsidR="001A08B5">
        <w:rPr>
          <w:sz w:val="22"/>
          <w:lang w:val="sr-Cyrl-RS"/>
        </w:rPr>
        <w:t>9</w:t>
      </w:r>
      <w:r w:rsidR="001A08B5" w:rsidRPr="001A08B5">
        <w:rPr>
          <w:sz w:val="22"/>
        </w:rPr>
        <w:t>.</w:t>
      </w:r>
      <w:r w:rsidR="001A08B5">
        <w:rPr>
          <w:sz w:val="22"/>
          <w:lang w:val="sr-Cyrl-RS"/>
        </w:rPr>
        <w:t xml:space="preserve"> и</w:t>
      </w:r>
      <w:r w:rsidR="001A08B5" w:rsidRPr="001A08B5">
        <w:rPr>
          <w:sz w:val="22"/>
        </w:rPr>
        <w:t xml:space="preserve"> </w:t>
      </w:r>
      <w:r w:rsidRPr="001A08B5">
        <w:rPr>
          <w:sz w:val="22"/>
        </w:rPr>
        <w:t xml:space="preserve"> 12. став 4. важеће Одлуке о паркирању на паркиралиштима у граду Зворнику, важећим уговором, општим актима Предузећа и Цјеновником услуга.</w:t>
      </w:r>
    </w:p>
    <w:p w14:paraId="53357D52" w14:textId="77777777" w:rsidR="003661F2" w:rsidRPr="001A08B5" w:rsidRDefault="00AB68CC">
      <w:pPr>
        <w:spacing w:after="60" w:line="250" w:lineRule="auto"/>
        <w:jc w:val="both"/>
        <w:rPr>
          <w:sz w:val="22"/>
        </w:rPr>
      </w:pPr>
      <w:r w:rsidRPr="001A08B5">
        <w:rPr>
          <w:b/>
          <w:sz w:val="22"/>
        </w:rPr>
        <w:t xml:space="preserve">Анекс уговора: </w:t>
      </w:r>
      <w:r w:rsidRPr="001A08B5">
        <w:rPr>
          <w:sz w:val="22"/>
        </w:rPr>
        <w:t>Након одобравања захтјева корисник и Предузеће закључују анекс важећег уговора којим се уређује промјена регистарске ознаке и/или зоне.</w:t>
      </w:r>
    </w:p>
    <w:p w14:paraId="4615A488" w14:textId="77777777" w:rsidR="003661F2" w:rsidRPr="001A08B5" w:rsidRDefault="00AB68CC">
      <w:pPr>
        <w:spacing w:after="60" w:line="250" w:lineRule="auto"/>
        <w:jc w:val="both"/>
        <w:rPr>
          <w:sz w:val="22"/>
        </w:rPr>
      </w:pPr>
      <w:r w:rsidRPr="001A08B5">
        <w:rPr>
          <w:b/>
          <w:sz w:val="22"/>
        </w:rPr>
        <w:t xml:space="preserve">Разлика у цијени: </w:t>
      </w:r>
      <w:r w:rsidRPr="001A08B5">
        <w:rPr>
          <w:sz w:val="22"/>
        </w:rPr>
        <w:t>Код промјене из II (плаве) или III (зелене) у I (црвену) зону корисник је дужан доставити доказ о уплати разлике у цијени према Цјеновнику важећем на дан закључења анекса уговора.</w:t>
      </w:r>
    </w:p>
    <w:p w14:paraId="4755C4E8" w14:textId="77777777" w:rsidR="003661F2" w:rsidRPr="001A08B5" w:rsidRDefault="00AB68CC">
      <w:pPr>
        <w:spacing w:after="60" w:line="250" w:lineRule="auto"/>
        <w:jc w:val="both"/>
        <w:rPr>
          <w:sz w:val="22"/>
        </w:rPr>
      </w:pPr>
      <w:r w:rsidRPr="001A08B5">
        <w:rPr>
          <w:b/>
          <w:sz w:val="22"/>
        </w:rPr>
        <w:t xml:space="preserve">Активирање измјене: </w:t>
      </w:r>
      <w:r w:rsidRPr="001A08B5">
        <w:rPr>
          <w:sz w:val="22"/>
        </w:rPr>
        <w:t>Захтијевана измјена важи тек након потписивања анекса уговора, евидентирања евентуалне доплате и уноса нових података у систем наплате и контроле. До тада важи постојећа регистарска ознака и зона.</w:t>
      </w:r>
    </w:p>
    <w:p w14:paraId="406FC768" w14:textId="77F9045B" w:rsidR="003661F2" w:rsidRPr="001A08B5" w:rsidRDefault="00AB68CC">
      <w:pPr>
        <w:spacing w:after="60" w:line="250" w:lineRule="auto"/>
        <w:jc w:val="both"/>
        <w:rPr>
          <w:sz w:val="22"/>
        </w:rPr>
      </w:pPr>
      <w:proofErr w:type="spellStart"/>
      <w:r w:rsidRPr="001A08B5">
        <w:rPr>
          <w:b/>
          <w:sz w:val="22"/>
        </w:rPr>
        <w:t>Период</w:t>
      </w:r>
      <w:proofErr w:type="spellEnd"/>
      <w:r w:rsidRPr="001A08B5">
        <w:rPr>
          <w:b/>
          <w:sz w:val="22"/>
        </w:rPr>
        <w:t xml:space="preserve"> </w:t>
      </w:r>
      <w:proofErr w:type="spellStart"/>
      <w:r w:rsidRPr="001A08B5">
        <w:rPr>
          <w:b/>
          <w:sz w:val="22"/>
        </w:rPr>
        <w:t>важења</w:t>
      </w:r>
      <w:proofErr w:type="spellEnd"/>
      <w:r w:rsidRPr="001A08B5">
        <w:rPr>
          <w:b/>
          <w:sz w:val="22"/>
        </w:rPr>
        <w:t xml:space="preserve">: </w:t>
      </w:r>
      <w:proofErr w:type="spellStart"/>
      <w:r w:rsidRPr="001A08B5">
        <w:rPr>
          <w:sz w:val="22"/>
        </w:rPr>
        <w:t>Одобрена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измјена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не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продужава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период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важења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постојеће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паркинг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карте</w:t>
      </w:r>
      <w:proofErr w:type="spellEnd"/>
      <w:r w:rsidRPr="001A08B5">
        <w:rPr>
          <w:sz w:val="22"/>
        </w:rPr>
        <w:t>.</w:t>
      </w:r>
    </w:p>
    <w:p w14:paraId="1B41B36E" w14:textId="77777777" w:rsidR="003661F2" w:rsidRDefault="00AB68CC">
      <w:pPr>
        <w:spacing w:after="60" w:line="250" w:lineRule="auto"/>
        <w:jc w:val="both"/>
        <w:rPr>
          <w:sz w:val="22"/>
        </w:rPr>
      </w:pPr>
      <w:r w:rsidRPr="001A08B5">
        <w:rPr>
          <w:b/>
          <w:sz w:val="22"/>
        </w:rPr>
        <w:t xml:space="preserve">Поступање по захтјеву: </w:t>
      </w:r>
      <w:r w:rsidRPr="001A08B5">
        <w:rPr>
          <w:sz w:val="22"/>
        </w:rPr>
        <w:t xml:space="preserve">Предузеће разматра потпун захтјев и обавјештава подносиоца о одобрењу и термину закључења анекса. Ако захтјев није потпун, </w:t>
      </w:r>
      <w:proofErr w:type="spellStart"/>
      <w:r w:rsidRPr="001A08B5">
        <w:rPr>
          <w:sz w:val="22"/>
        </w:rPr>
        <w:t>подносилац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ће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бити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позван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да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га</w:t>
      </w:r>
      <w:proofErr w:type="spellEnd"/>
      <w:r w:rsidRPr="001A08B5">
        <w:rPr>
          <w:sz w:val="22"/>
        </w:rPr>
        <w:t xml:space="preserve"> </w:t>
      </w:r>
      <w:proofErr w:type="spellStart"/>
      <w:r w:rsidRPr="001A08B5">
        <w:rPr>
          <w:sz w:val="22"/>
        </w:rPr>
        <w:t>допуни</w:t>
      </w:r>
      <w:proofErr w:type="spellEnd"/>
      <w:r w:rsidRPr="001A08B5">
        <w:rPr>
          <w:sz w:val="22"/>
        </w:rPr>
        <w:t>.</w:t>
      </w:r>
    </w:p>
    <w:p w14:paraId="255C6019" w14:textId="3E2AB9F6" w:rsidR="002D3EC5" w:rsidRPr="00D44DA9" w:rsidRDefault="002D3EC5" w:rsidP="002D3EC5">
      <w:pPr>
        <w:spacing w:after="0"/>
        <w:rPr>
          <w:sz w:val="22"/>
          <w:lang w:val="sr-Cyrl-RS"/>
        </w:rPr>
      </w:pPr>
      <w:proofErr w:type="spellStart"/>
      <w:r w:rsidRPr="00D44DA9">
        <w:rPr>
          <w:b/>
          <w:sz w:val="22"/>
        </w:rPr>
        <w:t>Изјава</w:t>
      </w:r>
      <w:proofErr w:type="spellEnd"/>
      <w:r w:rsidRPr="00D44DA9">
        <w:rPr>
          <w:b/>
          <w:sz w:val="22"/>
        </w:rPr>
        <w:t xml:space="preserve"> </w:t>
      </w:r>
      <w:proofErr w:type="spellStart"/>
      <w:r w:rsidRPr="00D44DA9">
        <w:rPr>
          <w:b/>
          <w:sz w:val="22"/>
        </w:rPr>
        <w:t>подносиоца</w:t>
      </w:r>
      <w:proofErr w:type="spellEnd"/>
      <w:r w:rsidRPr="00D44DA9">
        <w:rPr>
          <w:b/>
          <w:sz w:val="22"/>
        </w:rPr>
        <w:t xml:space="preserve">: </w:t>
      </w:r>
      <w:r w:rsidRPr="00D44DA9">
        <w:rPr>
          <w:sz w:val="22"/>
          <w:lang w:val="sr-Cyrl-RS"/>
        </w:rPr>
        <w:t xml:space="preserve">Својеручним потписом потврђујем да сам сагласан да </w:t>
      </w:r>
      <w:r w:rsidRPr="00D44DA9">
        <w:rPr>
          <w:sz w:val="22"/>
        </w:rPr>
        <w:t>ЈП „</w:t>
      </w:r>
      <w:proofErr w:type="spellStart"/>
      <w:r w:rsidRPr="00D44DA9">
        <w:rPr>
          <w:sz w:val="22"/>
        </w:rPr>
        <w:t>Паркинг</w:t>
      </w:r>
      <w:proofErr w:type="spellEnd"/>
      <w:r w:rsidRPr="00D44DA9">
        <w:rPr>
          <w:sz w:val="22"/>
        </w:rPr>
        <w:t xml:space="preserve"> </w:t>
      </w:r>
      <w:proofErr w:type="spellStart"/>
      <w:proofErr w:type="gramStart"/>
      <w:r w:rsidRPr="00D44DA9">
        <w:rPr>
          <w:sz w:val="22"/>
        </w:rPr>
        <w:t>сервис</w:t>
      </w:r>
      <w:proofErr w:type="spellEnd"/>
      <w:r w:rsidRPr="00D44DA9">
        <w:rPr>
          <w:sz w:val="22"/>
        </w:rPr>
        <w:t xml:space="preserve">“ </w:t>
      </w:r>
      <w:proofErr w:type="spellStart"/>
      <w:r w:rsidRPr="00D44DA9">
        <w:rPr>
          <w:sz w:val="22"/>
        </w:rPr>
        <w:t>д.о.о</w:t>
      </w:r>
      <w:proofErr w:type="spellEnd"/>
      <w:r w:rsidRPr="00D44DA9">
        <w:rPr>
          <w:sz w:val="22"/>
        </w:rPr>
        <w:t>.</w:t>
      </w:r>
      <w:proofErr w:type="gram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Зворник</w:t>
      </w:r>
      <w:proofErr w:type="spellEnd"/>
      <w:r w:rsidRPr="00D44DA9">
        <w:rPr>
          <w:sz w:val="22"/>
          <w:lang w:val="sr-Cyrl-RS"/>
        </w:rPr>
        <w:t xml:space="preserve"> може прикупљати и обрађивати моје </w:t>
      </w:r>
      <w:r w:rsidR="00AB68CC">
        <w:rPr>
          <w:sz w:val="22"/>
          <w:lang w:val="sr-Cyrl-RS"/>
        </w:rPr>
        <w:t>личне</w:t>
      </w:r>
      <w:r w:rsidRPr="00D44DA9">
        <w:rPr>
          <w:sz w:val="22"/>
          <w:lang w:val="sr-Cyrl-RS"/>
        </w:rPr>
        <w:t xml:space="preserve"> податке из овог захтјева искључиво у сврху издавања и реализације паркинг карте, а у складу са Законом о заштити личних података.</w:t>
      </w:r>
    </w:p>
    <w:p w14:paraId="63DF716D" w14:textId="77777777" w:rsidR="002D3EC5" w:rsidRDefault="002D3EC5" w:rsidP="002D3EC5">
      <w:pPr>
        <w:spacing w:after="60" w:line="250" w:lineRule="auto"/>
        <w:jc w:val="both"/>
        <w:rPr>
          <w:sz w:val="22"/>
        </w:rPr>
      </w:pPr>
      <w:proofErr w:type="spellStart"/>
      <w:r w:rsidRPr="00D44DA9">
        <w:rPr>
          <w:sz w:val="22"/>
        </w:rPr>
        <w:t>Потписом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односно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овјером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подносиоца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потврђује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се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да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су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наведени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подаци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тачни</w:t>
      </w:r>
      <w:proofErr w:type="spellEnd"/>
      <w:r w:rsidRPr="00D44DA9">
        <w:rPr>
          <w:sz w:val="22"/>
        </w:rPr>
        <w:t xml:space="preserve">, </w:t>
      </w:r>
      <w:proofErr w:type="spellStart"/>
      <w:r w:rsidRPr="00D44DA9">
        <w:rPr>
          <w:sz w:val="22"/>
        </w:rPr>
        <w:t>да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су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приложене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исправе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вјеродостојне</w:t>
      </w:r>
      <w:proofErr w:type="spellEnd"/>
      <w:r w:rsidRPr="00D44DA9">
        <w:rPr>
          <w:sz w:val="22"/>
        </w:rPr>
        <w:t xml:space="preserve"> и </w:t>
      </w:r>
      <w:proofErr w:type="spellStart"/>
      <w:r w:rsidRPr="00D44DA9">
        <w:rPr>
          <w:sz w:val="22"/>
        </w:rPr>
        <w:t>да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се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возила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користе</w:t>
      </w:r>
      <w:proofErr w:type="spellEnd"/>
      <w:r w:rsidRPr="00D44DA9">
        <w:rPr>
          <w:sz w:val="22"/>
        </w:rPr>
        <w:t xml:space="preserve"> у </w:t>
      </w:r>
      <w:proofErr w:type="spellStart"/>
      <w:r w:rsidRPr="00D44DA9">
        <w:rPr>
          <w:sz w:val="22"/>
        </w:rPr>
        <w:t>складу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са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наведеним</w:t>
      </w:r>
      <w:proofErr w:type="spellEnd"/>
      <w:r w:rsidRPr="00D44DA9">
        <w:rPr>
          <w:sz w:val="22"/>
        </w:rPr>
        <w:t xml:space="preserve"> </w:t>
      </w:r>
      <w:proofErr w:type="spellStart"/>
      <w:r w:rsidRPr="00D44DA9">
        <w:rPr>
          <w:sz w:val="22"/>
        </w:rPr>
        <w:t>основом</w:t>
      </w:r>
      <w:proofErr w:type="spellEnd"/>
      <w:r w:rsidRPr="00D44DA9">
        <w:rPr>
          <w:sz w:val="22"/>
        </w:rPr>
        <w:t>.</w:t>
      </w:r>
    </w:p>
    <w:p w14:paraId="277DEF91" w14:textId="77777777" w:rsidR="002D3EC5" w:rsidRPr="001A08B5" w:rsidRDefault="002D3EC5">
      <w:pPr>
        <w:spacing w:after="60" w:line="250" w:lineRule="auto"/>
        <w:jc w:val="both"/>
        <w:rPr>
          <w:sz w:val="22"/>
        </w:rPr>
      </w:pPr>
    </w:p>
    <w:tbl>
      <w:tblPr>
        <w:tblW w:w="9979" w:type="dxa"/>
        <w:tblBorders>
          <w:top w:val="single" w:sz="8" w:space="0" w:color="2F5875"/>
          <w:left w:val="single" w:sz="8" w:space="0" w:color="2F5875"/>
          <w:bottom w:val="single" w:sz="8" w:space="0" w:color="2F5875"/>
          <w:right w:val="single" w:sz="8" w:space="0" w:color="2F5875"/>
          <w:insideH w:val="single" w:sz="8" w:space="0" w:color="2F5875"/>
          <w:insideV w:val="single" w:sz="8" w:space="0" w:color="2F5875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7579"/>
      </w:tblGrid>
      <w:tr w:rsidR="003661F2" w:rsidRPr="001A08B5" w14:paraId="4070C136" w14:textId="77777777">
        <w:tc>
          <w:tcPr>
            <w:tcW w:w="9979" w:type="dxa"/>
            <w:gridSpan w:val="2"/>
            <w:shd w:val="clear" w:color="auto" w:fill="E6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D43D9" w14:textId="77777777" w:rsidR="003661F2" w:rsidRPr="001A08B5" w:rsidRDefault="00AB68CC">
            <w:pPr>
              <w:keepNext/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ПОДАЦИ ЗА УПЛАТУ РАЗЛИКЕ У ЦИЈЕНИ</w:t>
            </w:r>
          </w:p>
        </w:tc>
      </w:tr>
      <w:tr w:rsidR="003661F2" w:rsidRPr="001A08B5" w14:paraId="6EFB672F" w14:textId="77777777">
        <w:tblPrEx>
          <w:tblBorders>
            <w:top w:val="single" w:sz="5" w:space="0" w:color="A0A0A0"/>
            <w:left w:val="single" w:sz="5" w:space="0" w:color="A0A0A0"/>
            <w:bottom w:val="single" w:sz="5" w:space="0" w:color="A0A0A0"/>
            <w:right w:val="single" w:sz="5" w:space="0" w:color="A0A0A0"/>
            <w:insideH w:val="single" w:sz="5" w:space="0" w:color="A0A0A0"/>
            <w:insideV w:val="single" w:sz="5" w:space="0" w:color="A0A0A0"/>
          </w:tblBorders>
        </w:tblPrEx>
        <w:tc>
          <w:tcPr>
            <w:tcW w:w="24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1053E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Прималац</w:t>
            </w:r>
          </w:p>
        </w:tc>
        <w:tc>
          <w:tcPr>
            <w:tcW w:w="75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2E015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 xml:space="preserve">ЈП „Паркинг </w:t>
            </w:r>
            <w:proofErr w:type="gramStart"/>
            <w:r w:rsidRPr="001A08B5">
              <w:rPr>
                <w:sz w:val="22"/>
              </w:rPr>
              <w:t>сервис“ д.о.о.</w:t>
            </w:r>
            <w:proofErr w:type="gramEnd"/>
            <w:r w:rsidRPr="001A08B5">
              <w:rPr>
                <w:sz w:val="22"/>
              </w:rPr>
              <w:t xml:space="preserve"> Зворник</w:t>
            </w:r>
          </w:p>
        </w:tc>
      </w:tr>
      <w:tr w:rsidR="003661F2" w:rsidRPr="001A08B5" w14:paraId="074AFDB4" w14:textId="77777777">
        <w:tblPrEx>
          <w:tblBorders>
            <w:top w:val="single" w:sz="5" w:space="0" w:color="A0A0A0"/>
            <w:left w:val="single" w:sz="5" w:space="0" w:color="A0A0A0"/>
            <w:bottom w:val="single" w:sz="5" w:space="0" w:color="A0A0A0"/>
            <w:right w:val="single" w:sz="5" w:space="0" w:color="A0A0A0"/>
            <w:insideH w:val="single" w:sz="5" w:space="0" w:color="A0A0A0"/>
            <w:insideV w:val="single" w:sz="5" w:space="0" w:color="A0A0A0"/>
          </w:tblBorders>
        </w:tblPrEx>
        <w:tc>
          <w:tcPr>
            <w:tcW w:w="24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262F2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Трансакциони рачун</w:t>
            </w:r>
          </w:p>
        </w:tc>
        <w:tc>
          <w:tcPr>
            <w:tcW w:w="75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AB4E7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572-286-00012395-71</w:t>
            </w:r>
          </w:p>
        </w:tc>
      </w:tr>
      <w:tr w:rsidR="003661F2" w:rsidRPr="001A08B5" w14:paraId="0543023F" w14:textId="77777777">
        <w:tblPrEx>
          <w:tblBorders>
            <w:top w:val="single" w:sz="5" w:space="0" w:color="A0A0A0"/>
            <w:left w:val="single" w:sz="5" w:space="0" w:color="A0A0A0"/>
            <w:bottom w:val="single" w:sz="5" w:space="0" w:color="A0A0A0"/>
            <w:right w:val="single" w:sz="5" w:space="0" w:color="A0A0A0"/>
            <w:insideH w:val="single" w:sz="5" w:space="0" w:color="A0A0A0"/>
            <w:insideV w:val="single" w:sz="5" w:space="0" w:color="A0A0A0"/>
          </w:tblBorders>
        </w:tblPrEx>
        <w:tc>
          <w:tcPr>
            <w:tcW w:w="24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39890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Банка</w:t>
            </w:r>
          </w:p>
        </w:tc>
        <w:tc>
          <w:tcPr>
            <w:tcW w:w="75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0B2AA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МФ банка а.д. Бања Лука</w:t>
            </w:r>
          </w:p>
        </w:tc>
      </w:tr>
      <w:tr w:rsidR="003661F2" w:rsidRPr="001A08B5" w14:paraId="4432243C" w14:textId="77777777">
        <w:tblPrEx>
          <w:tblBorders>
            <w:top w:val="single" w:sz="5" w:space="0" w:color="A0A0A0"/>
            <w:left w:val="single" w:sz="5" w:space="0" w:color="A0A0A0"/>
            <w:bottom w:val="single" w:sz="5" w:space="0" w:color="A0A0A0"/>
            <w:right w:val="single" w:sz="5" w:space="0" w:color="A0A0A0"/>
            <w:insideH w:val="single" w:sz="5" w:space="0" w:color="A0A0A0"/>
            <w:insideV w:val="single" w:sz="5" w:space="0" w:color="A0A0A0"/>
          </w:tblBorders>
        </w:tblPrEx>
        <w:tc>
          <w:tcPr>
            <w:tcW w:w="2400" w:type="dxa"/>
            <w:shd w:val="clear" w:color="auto" w:fill="E7E7E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9E03C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b/>
                <w:sz w:val="22"/>
              </w:rPr>
              <w:t>Сврха уплате</w:t>
            </w:r>
          </w:p>
        </w:tc>
        <w:tc>
          <w:tcPr>
            <w:tcW w:w="75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C4439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r w:rsidRPr="001A08B5">
              <w:rPr>
                <w:sz w:val="22"/>
              </w:rPr>
              <w:t>Доплата разлике за измјену зоне - име/назив и регистарска ознака</w:t>
            </w:r>
          </w:p>
        </w:tc>
      </w:tr>
    </w:tbl>
    <w:p w14:paraId="52A4F05B" w14:textId="30131FA1" w:rsidR="003661F2" w:rsidRDefault="003661F2">
      <w:pPr>
        <w:spacing w:after="100" w:line="250" w:lineRule="auto"/>
        <w:jc w:val="both"/>
        <w:rPr>
          <w:sz w:val="22"/>
          <w:lang w:val="sr-Cyrl-RS"/>
        </w:rPr>
      </w:pPr>
    </w:p>
    <w:p w14:paraId="6EB57F1E" w14:textId="77777777" w:rsidR="001A08B5" w:rsidRDefault="001A08B5">
      <w:pPr>
        <w:spacing w:after="100" w:line="250" w:lineRule="auto"/>
        <w:jc w:val="both"/>
        <w:rPr>
          <w:sz w:val="22"/>
          <w:lang w:val="sr-Cyrl-RS"/>
        </w:rPr>
      </w:pPr>
    </w:p>
    <w:p w14:paraId="31706079" w14:textId="77777777" w:rsidR="001A08B5" w:rsidRPr="001A08B5" w:rsidRDefault="001A08B5">
      <w:pPr>
        <w:spacing w:after="100" w:line="250" w:lineRule="auto"/>
        <w:jc w:val="both"/>
        <w:rPr>
          <w:sz w:val="22"/>
          <w:lang w:val="sr-Cyrl-RS"/>
        </w:rPr>
      </w:pPr>
    </w:p>
    <w:tbl>
      <w:tblPr>
        <w:tblW w:w="99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4989"/>
      </w:tblGrid>
      <w:tr w:rsidR="003661F2" w:rsidRPr="001A08B5" w14:paraId="769DEA8E" w14:textId="77777777">
        <w:tc>
          <w:tcPr>
            <w:tcW w:w="49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5B5BE" w14:textId="77777777" w:rsidR="003661F2" w:rsidRPr="001A08B5" w:rsidRDefault="00AB68CC">
            <w:pPr>
              <w:spacing w:after="0" w:line="240" w:lineRule="auto"/>
              <w:rPr>
                <w:sz w:val="22"/>
              </w:rPr>
            </w:pPr>
            <w:proofErr w:type="spellStart"/>
            <w:r w:rsidRPr="001A08B5">
              <w:rPr>
                <w:sz w:val="22"/>
              </w:rPr>
              <w:t>Зворник</w:t>
            </w:r>
            <w:proofErr w:type="spellEnd"/>
            <w:r w:rsidRPr="001A08B5">
              <w:rPr>
                <w:sz w:val="22"/>
              </w:rPr>
              <w:t>, ____________________. године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9F5F8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Потпис подносиоца/овлашћеног лица</w:t>
            </w:r>
          </w:p>
        </w:tc>
      </w:tr>
      <w:tr w:rsidR="003661F2" w:rsidRPr="001A08B5" w14:paraId="573284A2" w14:textId="77777777">
        <w:tc>
          <w:tcPr>
            <w:tcW w:w="49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C4405" w14:textId="77777777" w:rsidR="003661F2" w:rsidRPr="001A08B5" w:rsidRDefault="003661F2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A4629" w14:textId="77777777" w:rsidR="003661F2" w:rsidRPr="001A08B5" w:rsidRDefault="00AB68CC">
            <w:pPr>
              <w:spacing w:after="0" w:line="240" w:lineRule="auto"/>
              <w:jc w:val="center"/>
              <w:rPr>
                <w:sz w:val="22"/>
              </w:rPr>
            </w:pPr>
            <w:r w:rsidRPr="001A08B5">
              <w:rPr>
                <w:sz w:val="22"/>
              </w:rPr>
              <w:t>________________________________</w:t>
            </w:r>
          </w:p>
        </w:tc>
      </w:tr>
    </w:tbl>
    <w:p w14:paraId="481730B7" w14:textId="77777777" w:rsidR="00A82DC9" w:rsidRPr="001A08B5" w:rsidRDefault="00A82DC9">
      <w:pPr>
        <w:rPr>
          <w:sz w:val="22"/>
        </w:rPr>
      </w:pPr>
    </w:p>
    <w:sectPr w:rsidR="00A82DC9" w:rsidRPr="001A08B5" w:rsidSect="00034616">
      <w:headerReference w:type="default" r:id="rId8"/>
      <w:pgSz w:w="11906" w:h="16838"/>
      <w:pgMar w:top="992" w:right="964" w:bottom="822" w:left="964" w:header="312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CD9D" w14:textId="77777777" w:rsidR="00AB5831" w:rsidRDefault="00AB5831">
      <w:pPr>
        <w:spacing w:after="0" w:line="240" w:lineRule="auto"/>
      </w:pPr>
      <w:r>
        <w:separator/>
      </w:r>
    </w:p>
  </w:endnote>
  <w:endnote w:type="continuationSeparator" w:id="0">
    <w:p w14:paraId="59DFEE7A" w14:textId="77777777" w:rsidR="00AB5831" w:rsidRDefault="00AB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825D" w14:textId="77777777" w:rsidR="00AB5831" w:rsidRDefault="00AB5831">
      <w:pPr>
        <w:spacing w:after="0" w:line="240" w:lineRule="auto"/>
      </w:pPr>
      <w:r>
        <w:separator/>
      </w:r>
    </w:p>
  </w:footnote>
  <w:footnote w:type="continuationSeparator" w:id="0">
    <w:p w14:paraId="3A846019" w14:textId="77777777" w:rsidR="00AB5831" w:rsidRDefault="00AB5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B206" w14:textId="77777777" w:rsidR="00D91843" w:rsidRPr="00C313E6" w:rsidRDefault="00D91843">
    <w:pPr>
      <w:pStyle w:val="Header"/>
      <w:rPr>
        <w:sz w:val="20"/>
        <w:szCs w:val="20"/>
      </w:rPr>
    </w:pPr>
  </w:p>
  <w:tbl>
    <w:tblPr>
      <w:tblW w:w="9979" w:type="dxa"/>
      <w:tblLayout w:type="fixed"/>
      <w:tblLook w:val="04A0" w:firstRow="1" w:lastRow="0" w:firstColumn="1" w:lastColumn="0" w:noHBand="0" w:noVBand="1"/>
    </w:tblPr>
    <w:tblGrid>
      <w:gridCol w:w="7881"/>
      <w:gridCol w:w="2098"/>
    </w:tblGrid>
    <w:tr w:rsidR="00D91843" w:rsidRPr="00C313E6" w14:paraId="0D4D15B1" w14:textId="77777777">
      <w:tc>
        <w:tcPr>
          <w:tcW w:w="7880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120" w:type="dxa"/>
            <w:bottom w:w="75" w:type="dxa"/>
            <w:right w:w="100" w:type="dxa"/>
          </w:tcMar>
        </w:tcPr>
        <w:p w14:paraId="43C27D46" w14:textId="77777777" w:rsidR="00D91843" w:rsidRPr="00C313E6" w:rsidRDefault="00913365">
          <w:pPr>
            <w:spacing w:after="20" w:line="240" w:lineRule="auto"/>
            <w:rPr>
              <w:sz w:val="20"/>
              <w:szCs w:val="20"/>
            </w:rPr>
          </w:pPr>
          <w:r w:rsidRPr="00C313E6">
            <w:rPr>
              <w:b/>
              <w:sz w:val="20"/>
              <w:szCs w:val="20"/>
            </w:rPr>
            <w:t xml:space="preserve">ЈП „ПАРКИНГ </w:t>
          </w:r>
          <w:proofErr w:type="gramStart"/>
          <w:r w:rsidRPr="00C313E6">
            <w:rPr>
              <w:b/>
              <w:sz w:val="20"/>
              <w:szCs w:val="20"/>
            </w:rPr>
            <w:t>СЕРВИС“ Д.О.О.</w:t>
          </w:r>
          <w:proofErr w:type="gramEnd"/>
          <w:r w:rsidRPr="00C313E6">
            <w:rPr>
              <w:b/>
              <w:sz w:val="20"/>
              <w:szCs w:val="20"/>
            </w:rPr>
            <w:t xml:space="preserve"> ЗВОРНИК</w:t>
          </w:r>
        </w:p>
        <w:p w14:paraId="174CD241" w14:textId="77777777" w:rsidR="00D91843" w:rsidRPr="00C313E6" w:rsidRDefault="006F4308">
          <w:pPr>
            <w:spacing w:after="0" w:line="240" w:lineRule="auto"/>
            <w:rPr>
              <w:sz w:val="20"/>
              <w:szCs w:val="20"/>
            </w:rPr>
          </w:pPr>
          <w:proofErr w:type="spellStart"/>
          <w:r w:rsidRPr="00C313E6">
            <w:rPr>
              <w:color w:val="505050"/>
              <w:sz w:val="20"/>
              <w:szCs w:val="20"/>
            </w:rPr>
            <w:t>Светог</w:t>
          </w:r>
          <w:proofErr w:type="spellEnd"/>
          <w:r w:rsidRPr="00C313E6">
            <w:rPr>
              <w:color w:val="505050"/>
              <w:sz w:val="20"/>
              <w:szCs w:val="20"/>
            </w:rPr>
            <w:t xml:space="preserve"> </w:t>
          </w:r>
          <w:proofErr w:type="spellStart"/>
          <w:r w:rsidRPr="00C313E6">
            <w:rPr>
              <w:color w:val="505050"/>
              <w:sz w:val="20"/>
              <w:szCs w:val="20"/>
            </w:rPr>
            <w:t>Саве</w:t>
          </w:r>
          <w:proofErr w:type="spellEnd"/>
          <w:r w:rsidRPr="00C313E6">
            <w:rPr>
              <w:color w:val="505050"/>
              <w:sz w:val="20"/>
              <w:szCs w:val="20"/>
            </w:rPr>
            <w:t xml:space="preserve"> 56, </w:t>
          </w:r>
          <w:proofErr w:type="spellStart"/>
          <w:proofErr w:type="gramStart"/>
          <w:r w:rsidRPr="00C313E6">
            <w:rPr>
              <w:color w:val="505050"/>
              <w:sz w:val="20"/>
              <w:szCs w:val="20"/>
            </w:rPr>
            <w:t>Зворник</w:t>
          </w:r>
          <w:proofErr w:type="spellEnd"/>
          <w:r w:rsidRPr="00C313E6">
            <w:rPr>
              <w:color w:val="505050"/>
              <w:sz w:val="20"/>
              <w:szCs w:val="20"/>
            </w:rPr>
            <w:t xml:space="preserve">  |</w:t>
          </w:r>
          <w:proofErr w:type="gramEnd"/>
          <w:r w:rsidRPr="00C313E6">
            <w:rPr>
              <w:color w:val="505050"/>
              <w:sz w:val="20"/>
              <w:szCs w:val="20"/>
            </w:rPr>
            <w:t xml:space="preserve">  ЈИБ: 4405630240004 </w:t>
          </w:r>
          <w:proofErr w:type="gramStart"/>
          <w:r w:rsidRPr="00C313E6">
            <w:rPr>
              <w:color w:val="505050"/>
              <w:sz w:val="20"/>
              <w:szCs w:val="20"/>
            </w:rPr>
            <w:t xml:space="preserve">|  </w:t>
          </w:r>
          <w:r w:rsidRPr="00C313E6">
            <w:rPr>
              <w:color w:val="505050"/>
              <w:sz w:val="20"/>
              <w:szCs w:val="20"/>
              <w:lang w:val="sr-Cyrl-RS"/>
            </w:rPr>
            <w:t>ПДВ</w:t>
          </w:r>
          <w:proofErr w:type="gramEnd"/>
          <w:r w:rsidRPr="00C313E6">
            <w:rPr>
              <w:color w:val="505050"/>
              <w:sz w:val="20"/>
              <w:szCs w:val="20"/>
            </w:rPr>
            <w:t xml:space="preserve">: </w:t>
          </w:r>
          <w:r w:rsidRPr="00C313E6">
            <w:rPr>
              <w:color w:val="505050"/>
              <w:sz w:val="20"/>
              <w:szCs w:val="20"/>
              <w:lang w:val="sr-Cyrl-RS"/>
            </w:rPr>
            <w:t>405630240004</w:t>
          </w:r>
        </w:p>
      </w:tc>
      <w:tc>
        <w:tcPr>
          <w:tcW w:w="2098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80" w:type="dxa"/>
            <w:bottom w:w="75" w:type="dxa"/>
            <w:right w:w="80" w:type="dxa"/>
          </w:tcMar>
        </w:tcPr>
        <w:p w14:paraId="792AC9B2" w14:textId="77777777" w:rsidR="00D91843" w:rsidRPr="00C313E6" w:rsidRDefault="00913365">
          <w:pPr>
            <w:spacing w:after="20" w:line="240" w:lineRule="auto"/>
            <w:jc w:val="center"/>
            <w:rPr>
              <w:sz w:val="20"/>
              <w:szCs w:val="20"/>
            </w:rPr>
          </w:pPr>
          <w:r w:rsidRPr="00C313E6">
            <w:rPr>
              <w:b/>
              <w:sz w:val="20"/>
              <w:szCs w:val="20"/>
            </w:rPr>
            <w:t>ОБРАЗАЦ П-06</w:t>
          </w:r>
        </w:p>
        <w:p w14:paraId="7988B9CE" w14:textId="77777777" w:rsidR="00D91843" w:rsidRPr="00C313E6" w:rsidRDefault="00913365">
          <w:pPr>
            <w:spacing w:after="0" w:line="240" w:lineRule="auto"/>
            <w:jc w:val="center"/>
            <w:rPr>
              <w:sz w:val="20"/>
              <w:szCs w:val="20"/>
            </w:rPr>
          </w:pPr>
          <w:proofErr w:type="spellStart"/>
          <w:r w:rsidRPr="00C313E6">
            <w:rPr>
              <w:sz w:val="20"/>
              <w:szCs w:val="20"/>
            </w:rPr>
            <w:t>Страна</w:t>
          </w:r>
          <w:proofErr w:type="spellEnd"/>
          <w:r w:rsidRPr="00C313E6">
            <w:rPr>
              <w:sz w:val="20"/>
              <w:szCs w:val="20"/>
            </w:rPr>
            <w:t xml:space="preserve">: </w:t>
          </w:r>
          <w:r w:rsidRPr="00C313E6">
            <w:rPr>
              <w:b/>
              <w:sz w:val="20"/>
              <w:szCs w:val="20"/>
            </w:rPr>
            <w:fldChar w:fldCharType="begin"/>
          </w:r>
          <w:r w:rsidRPr="00C313E6">
            <w:rPr>
              <w:b/>
              <w:sz w:val="20"/>
              <w:szCs w:val="20"/>
            </w:rPr>
            <w:instrText>PAGE</w:instrText>
          </w:r>
          <w:r w:rsidRPr="00C313E6">
            <w:rPr>
              <w:b/>
              <w:sz w:val="20"/>
              <w:szCs w:val="20"/>
            </w:rPr>
            <w:fldChar w:fldCharType="separate"/>
          </w:r>
          <w:r w:rsidRPr="00C313E6">
            <w:rPr>
              <w:b/>
              <w:sz w:val="20"/>
              <w:szCs w:val="20"/>
            </w:rPr>
            <w:t>1</w:t>
          </w:r>
          <w:r w:rsidRPr="00C313E6">
            <w:rPr>
              <w:b/>
              <w:sz w:val="20"/>
              <w:szCs w:val="20"/>
            </w:rPr>
            <w:fldChar w:fldCharType="end"/>
          </w:r>
          <w:r w:rsidRPr="00C313E6">
            <w:rPr>
              <w:sz w:val="20"/>
              <w:szCs w:val="20"/>
            </w:rPr>
            <w:t xml:space="preserve"> </w:t>
          </w:r>
          <w:proofErr w:type="spellStart"/>
          <w:r w:rsidRPr="00C313E6">
            <w:rPr>
              <w:sz w:val="20"/>
              <w:szCs w:val="20"/>
            </w:rPr>
            <w:t>од</w:t>
          </w:r>
          <w:proofErr w:type="spellEnd"/>
          <w:r w:rsidRPr="00C313E6">
            <w:rPr>
              <w:sz w:val="20"/>
              <w:szCs w:val="20"/>
            </w:rPr>
            <w:t xml:space="preserve"> </w:t>
          </w:r>
          <w:r w:rsidRPr="00C313E6">
            <w:rPr>
              <w:b/>
              <w:sz w:val="20"/>
              <w:szCs w:val="20"/>
            </w:rPr>
            <w:fldChar w:fldCharType="begin"/>
          </w:r>
          <w:r w:rsidRPr="00C313E6">
            <w:rPr>
              <w:b/>
              <w:sz w:val="20"/>
              <w:szCs w:val="20"/>
            </w:rPr>
            <w:instrText>NUMPAGES</w:instrText>
          </w:r>
          <w:r w:rsidRPr="00C313E6">
            <w:rPr>
              <w:b/>
              <w:sz w:val="20"/>
              <w:szCs w:val="20"/>
            </w:rPr>
            <w:fldChar w:fldCharType="separate"/>
          </w:r>
          <w:r w:rsidRPr="00C313E6">
            <w:rPr>
              <w:b/>
              <w:sz w:val="20"/>
              <w:szCs w:val="20"/>
            </w:rPr>
            <w:t>1</w:t>
          </w:r>
          <w:r w:rsidRPr="00C313E6">
            <w:rPr>
              <w:b/>
              <w:sz w:val="20"/>
              <w:szCs w:val="20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766757">
    <w:abstractNumId w:val="8"/>
  </w:num>
  <w:num w:numId="2" w16cid:durableId="287050999">
    <w:abstractNumId w:val="6"/>
  </w:num>
  <w:num w:numId="3" w16cid:durableId="2143182968">
    <w:abstractNumId w:val="5"/>
  </w:num>
  <w:num w:numId="4" w16cid:durableId="1098331682">
    <w:abstractNumId w:val="4"/>
  </w:num>
  <w:num w:numId="5" w16cid:durableId="1824882551">
    <w:abstractNumId w:val="7"/>
  </w:num>
  <w:num w:numId="6" w16cid:durableId="1747335298">
    <w:abstractNumId w:val="3"/>
  </w:num>
  <w:num w:numId="7" w16cid:durableId="1157847515">
    <w:abstractNumId w:val="2"/>
  </w:num>
  <w:num w:numId="8" w16cid:durableId="296380859">
    <w:abstractNumId w:val="1"/>
  </w:num>
  <w:num w:numId="9" w16cid:durableId="36949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758"/>
    <w:rsid w:val="0015074B"/>
    <w:rsid w:val="001A08B5"/>
    <w:rsid w:val="0029639D"/>
    <w:rsid w:val="002D3EC5"/>
    <w:rsid w:val="00326F90"/>
    <w:rsid w:val="003661F2"/>
    <w:rsid w:val="00496C13"/>
    <w:rsid w:val="006F4308"/>
    <w:rsid w:val="00783E8B"/>
    <w:rsid w:val="00913365"/>
    <w:rsid w:val="00A732FD"/>
    <w:rsid w:val="00A82DC9"/>
    <w:rsid w:val="00AA1D8D"/>
    <w:rsid w:val="00AB5831"/>
    <w:rsid w:val="00AB68CC"/>
    <w:rsid w:val="00B47730"/>
    <w:rsid w:val="00C313E6"/>
    <w:rsid w:val="00CB0664"/>
    <w:rsid w:val="00D918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D5636"/>
  <w14:defaultImageDpi w14:val="300"/>
  <w15:docId w15:val="{6025B942-6258-4FFA-A991-EF09F1D1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eastAsia="Arial" w:hAnsi="Arial" w:cs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Захтјев за измјену регистарске ознаке и/или зоне претплатне паркинг карте</vt:lpstr>
    </vt:vector>
  </TitlesOfParts>
  <Manager/>
  <Company/>
  <LinksUpToDate>false</LinksUpToDate>
  <CharactersWithSpaces>3235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Захтјев за измјену регистарске ознаке и/или зоне претплатне паркинг карте</dc:title>
  <dc:subject>Образац П-06</dc:subject>
  <dc:creator>python-docx</dc:creator>
  <cp:keywords/>
  <dc:description>generated by python-docx</dc:description>
  <cp:lastModifiedBy>Nikola Mlađenović</cp:lastModifiedBy>
  <cp:revision>8</cp:revision>
  <cp:lastPrinted>2026-09-03T06:28:00Z</cp:lastPrinted>
  <dcterms:created xsi:type="dcterms:W3CDTF">2013-12-23T23:15:00Z</dcterms:created>
  <dcterms:modified xsi:type="dcterms:W3CDTF">2026-09-03T06:28:00Z</dcterms:modified>
  <cp:category/>
</cp:coreProperties>
</file>